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8D1D25"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2E6A3D" w:rsidP="00ED07F1">
      <w:pPr>
        <w:pStyle w:val="Title"/>
        <w:spacing w:after="0"/>
        <w:jc w:val="center"/>
        <w:rPr>
          <w:rFonts w:asciiTheme="minorHAnsi" w:hAnsiTheme="minorHAnsi"/>
          <w:sz w:val="44"/>
        </w:rPr>
      </w:pPr>
      <w:r>
        <w:rPr>
          <w:rFonts w:asciiTheme="minorHAnsi" w:hAnsiTheme="minorHAnsi"/>
          <w:sz w:val="44"/>
        </w:rPr>
        <w:t>Pendulum Wall Clock</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Students will build a </w:t>
      </w:r>
      <w:r w:rsidR="002E6A3D">
        <w:rPr>
          <w:rFonts w:ascii="Times New Roman" w:hAnsi="Times New Roman" w:cs="Times New Roman"/>
          <w:sz w:val="18"/>
        </w:rPr>
        <w:t>wall clock</w:t>
      </w:r>
      <w:r w:rsidRPr="00A946D7">
        <w:rPr>
          <w:rFonts w:ascii="Times New Roman" w:hAnsi="Times New Roman" w:cs="Times New Roman"/>
          <w:sz w:val="18"/>
        </w:rPr>
        <w:t xml:space="preserve"> that </w:t>
      </w:r>
      <w:r w:rsidR="005F77DF">
        <w:rPr>
          <w:rFonts w:ascii="Times New Roman" w:hAnsi="Times New Roman" w:cs="Times New Roman"/>
          <w:sz w:val="18"/>
        </w:rPr>
        <w:t xml:space="preserve">features a </w:t>
      </w:r>
      <w:r w:rsidR="002E6A3D">
        <w:rPr>
          <w:rFonts w:ascii="Times New Roman" w:hAnsi="Times New Roman" w:cs="Times New Roman"/>
          <w:sz w:val="18"/>
        </w:rPr>
        <w:t>pendulum</w:t>
      </w:r>
      <w:r w:rsidR="005F77DF">
        <w:rPr>
          <w:rFonts w:ascii="Times New Roman" w:hAnsi="Times New Roman" w:cs="Times New Roman"/>
          <w:sz w:val="18"/>
        </w:rPr>
        <w:t xml:space="preserve"> and</w:t>
      </w:r>
      <w:r w:rsidRPr="00A946D7">
        <w:rPr>
          <w:rFonts w:ascii="Times New Roman" w:hAnsi="Times New Roman" w:cs="Times New Roman"/>
          <w:sz w:val="18"/>
        </w:rPr>
        <w:t xml:space="preserve"> </w:t>
      </w:r>
      <w:r w:rsidR="002E6A3D">
        <w:rPr>
          <w:rFonts w:ascii="Times New Roman" w:hAnsi="Times New Roman" w:cs="Times New Roman"/>
          <w:sz w:val="18"/>
        </w:rPr>
        <w:t>hanging system</w:t>
      </w:r>
      <w:r w:rsidRPr="00A946D7">
        <w:rPr>
          <w:rFonts w:ascii="Times New Roman" w:hAnsi="Times New Roman" w:cs="Times New Roman"/>
          <w:sz w:val="18"/>
        </w:rPr>
        <w:t>. During the week, students will learn how individual pieces come together to create a finished furniture project, practicing measuring, cutting, j</w:t>
      </w:r>
      <w:r w:rsidR="0045020B">
        <w:rPr>
          <w:rFonts w:ascii="Times New Roman" w:hAnsi="Times New Roman" w:cs="Times New Roman"/>
          <w:sz w:val="18"/>
        </w:rPr>
        <w:t xml:space="preserve">oinery, assembly, and </w:t>
      </w:r>
      <w:r w:rsidR="005F77DF">
        <w:rPr>
          <w:rFonts w:ascii="Times New Roman" w:hAnsi="Times New Roman" w:cs="Times New Roman"/>
          <w:sz w:val="18"/>
        </w:rPr>
        <w:t xml:space="preserve">using specialized </w:t>
      </w:r>
      <w:r w:rsidR="002E6A3D">
        <w:rPr>
          <w:rFonts w:ascii="Times New Roman" w:hAnsi="Times New Roman" w:cs="Times New Roman"/>
          <w:sz w:val="18"/>
        </w:rPr>
        <w:t>clock parts</w:t>
      </w:r>
      <w:r w:rsidRPr="00A946D7">
        <w:rPr>
          <w:rFonts w:ascii="Times New Roman" w:hAnsi="Times New Roman" w:cs="Times New Roman"/>
          <w:sz w:val="18"/>
        </w:rPr>
        <w:t>. The design is intended to be approachable for young woodworkers while introducing techniques they can use in future projects.</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Weekly Schedule</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MONDAY  |  Design &amp; Preparation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Introduce the project and review its main parts. Discuss how to read dimensions, plan the order of construction, select suitable materials, and mark out components. Begin preparing the parts needed for the </w:t>
      </w:r>
      <w:r w:rsidR="002E6A3D">
        <w:rPr>
          <w:rFonts w:ascii="Times New Roman" w:hAnsi="Times New Roman" w:cs="Times New Roman"/>
          <w:sz w:val="18"/>
        </w:rPr>
        <w:t>wall clock</w:t>
      </w:r>
      <w:r w:rsidRPr="00A946D7">
        <w:rPr>
          <w:rFonts w:ascii="Times New Roman" w:hAnsi="Times New Roman" w:cs="Times New Roman"/>
          <w:sz w:val="18"/>
        </w:rPr>
        <w: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TUESDAY  |  Milling &amp; Cutting</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Continue preparing materials and cut the main components to size. Organize and check the parts, then begin preparing components for the frame</w:t>
      </w:r>
      <w:r w:rsidR="00182602">
        <w:rPr>
          <w:rFonts w:ascii="Times New Roman" w:hAnsi="Times New Roman" w:cs="Times New Roman"/>
          <w:sz w:val="18"/>
        </w:rPr>
        <w:t xml:space="preserve"> and main body</w:t>
      </w:r>
      <w:r w:rsidRPr="00A946D7">
        <w:rPr>
          <w:rFonts w:ascii="Times New Roman" w:hAnsi="Times New Roman" w:cs="Times New Roman"/>
          <w:sz w:val="18"/>
        </w:rPr>
        <w: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WEDNESDAY  |  Joinery &amp; Assembly</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Practice the planned joinery methods, test-fit components, and assemble major parts as appropriate. Begin constructing the </w:t>
      </w:r>
      <w:r w:rsidR="002E6A3D">
        <w:rPr>
          <w:rFonts w:ascii="Times New Roman" w:hAnsi="Times New Roman" w:cs="Times New Roman"/>
          <w:sz w:val="18"/>
        </w:rPr>
        <w:t>wall clock</w:t>
      </w:r>
      <w:r w:rsidRPr="00A946D7">
        <w:rPr>
          <w:rFonts w:ascii="Times New Roman" w:hAnsi="Times New Roman" w:cs="Times New Roman"/>
          <w:sz w:val="18"/>
        </w:rPr>
        <w:t xml:space="preserve"> and check the project for squareness and alignment.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THURSDAY  |  Final Fitting &amp; Project Completion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Fit the</w:t>
      </w:r>
      <w:r w:rsidR="005F77DF">
        <w:rPr>
          <w:rFonts w:ascii="Times New Roman" w:hAnsi="Times New Roman" w:cs="Times New Roman"/>
          <w:sz w:val="18"/>
        </w:rPr>
        <w:t xml:space="preserve"> components together</w:t>
      </w:r>
      <w:r w:rsidRPr="00A946D7">
        <w:rPr>
          <w:rFonts w:ascii="Times New Roman" w:hAnsi="Times New Roman" w:cs="Times New Roman"/>
          <w:sz w:val="18"/>
        </w:rPr>
        <w:t xml:space="preserve">, refine edges and details, and check the </w:t>
      </w:r>
      <w:r w:rsidR="002E6A3D">
        <w:rPr>
          <w:rFonts w:ascii="Times New Roman" w:hAnsi="Times New Roman" w:cs="Times New Roman"/>
          <w:sz w:val="18"/>
        </w:rPr>
        <w:t>clock</w:t>
      </w:r>
      <w:r w:rsidRPr="00A946D7">
        <w:rPr>
          <w:rFonts w:ascii="Times New Roman" w:hAnsi="Times New Roman" w:cs="Times New Roman"/>
          <w:sz w:val="18"/>
        </w:rPr>
        <w:t xml:space="preserve"> for function. Review the build and prepare the project to take home. Activities may be adjusted to suit class progress and safe working practices.</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Skills &amp; Techniques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Measuring, marking, and following a project plan</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Understanding lumber selection and grain direction</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Preparing and cutting components accurately</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Using appropriate joinery and dry-fitting parts before assembly</w:t>
      </w:r>
    </w:p>
    <w:p w:rsidR="00055A64" w:rsidRPr="00A946D7" w:rsidRDefault="00182602">
      <w:pPr>
        <w:pStyle w:val="ListBullet"/>
        <w:rPr>
          <w:rFonts w:ascii="Times New Roman" w:hAnsi="Times New Roman" w:cs="Times New Roman"/>
          <w:sz w:val="18"/>
        </w:rPr>
      </w:pPr>
      <w:r>
        <w:rPr>
          <w:rFonts w:ascii="Times New Roman" w:hAnsi="Times New Roman" w:cs="Times New Roman"/>
          <w:sz w:val="18"/>
        </w:rPr>
        <w:t>Building and fitting</w:t>
      </w:r>
      <w:r w:rsidR="008D1D25" w:rsidRPr="00A946D7">
        <w:rPr>
          <w:rFonts w:ascii="Times New Roman" w:hAnsi="Times New Roman" w:cs="Times New Roman"/>
          <w:sz w:val="18"/>
        </w:rPr>
        <w:t xml:space="preserve"> </w:t>
      </w:r>
      <w:r w:rsidR="002E6A3D">
        <w:rPr>
          <w:rFonts w:ascii="Times New Roman" w:hAnsi="Times New Roman" w:cs="Times New Roman"/>
          <w:sz w:val="18"/>
        </w:rPr>
        <w:t>clock components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Checking squareness, alignment, stability, and function</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Learning Goals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Describe the main stages involved in building a piece of furniture.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Measure and mark project components with care.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Practice safe, accurate preparation and assembly techniques.</w:t>
      </w:r>
    </w:p>
    <w:p w:rsidR="00055A64" w:rsidRPr="00A946D7" w:rsidRDefault="00817B32">
      <w:pPr>
        <w:pStyle w:val="ListBullet"/>
        <w:rPr>
          <w:rFonts w:ascii="Times New Roman" w:hAnsi="Times New Roman" w:cs="Times New Roman"/>
          <w:sz w:val="18"/>
        </w:rPr>
      </w:pPr>
      <w:r>
        <w:rPr>
          <w:rFonts w:ascii="Times New Roman" w:hAnsi="Times New Roman" w:cs="Times New Roman"/>
          <w:sz w:val="18"/>
        </w:rPr>
        <w:t xml:space="preserve">Understand how </w:t>
      </w:r>
      <w:r w:rsidR="005F77DF">
        <w:rPr>
          <w:rFonts w:ascii="Times New Roman" w:hAnsi="Times New Roman" w:cs="Times New Roman"/>
          <w:sz w:val="18"/>
        </w:rPr>
        <w:t xml:space="preserve">the </w:t>
      </w:r>
      <w:r w:rsidR="002E6A3D">
        <w:rPr>
          <w:rFonts w:ascii="Times New Roman" w:hAnsi="Times New Roman" w:cs="Times New Roman"/>
          <w:sz w:val="18"/>
        </w:rPr>
        <w:t>clock</w:t>
      </w:r>
      <w:r w:rsidR="005F77DF">
        <w:rPr>
          <w:rFonts w:ascii="Times New Roman" w:hAnsi="Times New Roman" w:cs="Times New Roman"/>
          <w:sz w:val="18"/>
        </w:rPr>
        <w:t xml:space="preserve"> components come together</w:t>
      </w:r>
      <w:r w:rsidR="008D1D25" w:rsidRPr="00A946D7">
        <w:rPr>
          <w:rFonts w:ascii="Times New Roman" w:hAnsi="Times New Roman" w:cs="Times New Roman"/>
          <w:sz w:val="18"/>
        </w:rPr>
        <w:t>.</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Recognize how careful checking and adjustment improve a project.</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Safety &amp; Shop Expectations</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Project Completion &amp; Take-Home Notes</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The goal is to complete the main construction and fitting of one </w:t>
      </w:r>
      <w:r w:rsidR="002E6A3D">
        <w:rPr>
          <w:rFonts w:ascii="Times New Roman" w:hAnsi="Times New Roman" w:cs="Times New Roman"/>
          <w:sz w:val="18"/>
        </w:rPr>
        <w:t>wall clock</w:t>
      </w:r>
      <w:bookmarkStart w:id="0" w:name="_GoBack"/>
      <w:bookmarkEnd w:id="0"/>
      <w:r w:rsidRPr="00A946D7">
        <w:rPr>
          <w:rFonts w:ascii="Times New Roman" w:hAnsi="Times New Roman" w:cs="Times New Roman"/>
          <w:sz w:val="18"/>
        </w:rPr>
        <w:t xml:space="preserve"> during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8D1D25">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9C4" w:rsidRDefault="009C59C4">
      <w:pPr>
        <w:spacing w:after="0" w:line="240" w:lineRule="auto"/>
        <w:rPr>
          <w:rFonts w:hint="eastAsia"/>
        </w:rPr>
      </w:pPr>
      <w:r>
        <w:separator/>
      </w:r>
    </w:p>
  </w:endnote>
  <w:endnote w:type="continuationSeparator" w:id="0">
    <w:p w:rsidR="009C59C4" w:rsidRDefault="009C59C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D1D25">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9C4" w:rsidRDefault="009C59C4">
      <w:pPr>
        <w:spacing w:after="0" w:line="240" w:lineRule="auto"/>
        <w:rPr>
          <w:rFonts w:hint="eastAsia"/>
        </w:rPr>
      </w:pPr>
      <w:r>
        <w:separator/>
      </w:r>
    </w:p>
  </w:footnote>
  <w:footnote w:type="continuationSeparator" w:id="0">
    <w:p w:rsidR="009C59C4" w:rsidRDefault="009C59C4">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D1D25">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A64"/>
    <w:rsid w:val="0006063C"/>
    <w:rsid w:val="0015074B"/>
    <w:rsid w:val="00182602"/>
    <w:rsid w:val="00266BC2"/>
    <w:rsid w:val="0029639D"/>
    <w:rsid w:val="002D391C"/>
    <w:rsid w:val="002E6A3D"/>
    <w:rsid w:val="00326F90"/>
    <w:rsid w:val="0045020B"/>
    <w:rsid w:val="005F77DF"/>
    <w:rsid w:val="00747237"/>
    <w:rsid w:val="00817B32"/>
    <w:rsid w:val="008D1D25"/>
    <w:rsid w:val="008F5232"/>
    <w:rsid w:val="009C59C4"/>
    <w:rsid w:val="00A946D7"/>
    <w:rsid w:val="00AA1D8D"/>
    <w:rsid w:val="00B47730"/>
    <w:rsid w:val="00C25C2D"/>
    <w:rsid w:val="00CB0664"/>
    <w:rsid w:val="00DE6AC8"/>
    <w:rsid w:val="00ED0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4B554-A55C-4024-BED8-C08F805A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2</cp:revision>
  <dcterms:created xsi:type="dcterms:W3CDTF">2026-10-28T03:17:00Z</dcterms:created>
  <dcterms:modified xsi:type="dcterms:W3CDTF">2026-10-28T03:17:00Z</dcterms:modified>
</cp:coreProperties>
</file>