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8D1D25"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9E42D5" w:rsidP="00ED07F1">
      <w:pPr>
        <w:pStyle w:val="Title"/>
        <w:spacing w:after="0"/>
        <w:jc w:val="center"/>
        <w:rPr>
          <w:rFonts w:asciiTheme="minorHAnsi" w:hAnsiTheme="minorHAnsi"/>
          <w:sz w:val="44"/>
        </w:rPr>
      </w:pPr>
      <w:r>
        <w:rPr>
          <w:rFonts w:asciiTheme="minorHAnsi" w:hAnsiTheme="minorHAnsi"/>
          <w:sz w:val="44"/>
        </w:rPr>
        <w:t>Game Table</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Students will build a </w:t>
      </w:r>
      <w:r w:rsidR="009E42D5">
        <w:rPr>
          <w:rFonts w:ascii="Times New Roman" w:hAnsi="Times New Roman" w:cs="Times New Roman"/>
          <w:sz w:val="18"/>
        </w:rPr>
        <w:t>game table</w:t>
      </w:r>
      <w:r w:rsidRPr="00A946D7">
        <w:rPr>
          <w:rFonts w:ascii="Times New Roman" w:hAnsi="Times New Roman" w:cs="Times New Roman"/>
          <w:sz w:val="18"/>
        </w:rPr>
        <w:t xml:space="preserve"> that </w:t>
      </w:r>
      <w:r w:rsidR="005F77DF">
        <w:rPr>
          <w:rFonts w:ascii="Times New Roman" w:hAnsi="Times New Roman" w:cs="Times New Roman"/>
          <w:sz w:val="18"/>
        </w:rPr>
        <w:t xml:space="preserve">features </w:t>
      </w:r>
      <w:r w:rsidR="009E42D5">
        <w:rPr>
          <w:rFonts w:ascii="Times New Roman" w:hAnsi="Times New Roman" w:cs="Times New Roman"/>
          <w:sz w:val="18"/>
        </w:rPr>
        <w:t>a removable lid system</w:t>
      </w:r>
      <w:r w:rsidRPr="00A946D7">
        <w:rPr>
          <w:rFonts w:ascii="Times New Roman" w:hAnsi="Times New Roman" w:cs="Times New Roman"/>
          <w:sz w:val="18"/>
        </w:rPr>
        <w:t>. During the week, students will learn how individual pieces come together to create a finished furniture project, practicing measuring, cutting, j</w:t>
      </w:r>
      <w:r w:rsidR="0045020B">
        <w:rPr>
          <w:rFonts w:ascii="Times New Roman" w:hAnsi="Times New Roman" w:cs="Times New Roman"/>
          <w:sz w:val="18"/>
        </w:rPr>
        <w:t xml:space="preserve">oinery, assembly, and </w:t>
      </w:r>
      <w:r w:rsidR="009E42D5">
        <w:rPr>
          <w:rFonts w:ascii="Times New Roman" w:hAnsi="Times New Roman" w:cs="Times New Roman"/>
          <w:sz w:val="18"/>
        </w:rPr>
        <w:t>cutting lid components</w:t>
      </w:r>
      <w:r w:rsidRPr="00A946D7">
        <w:rPr>
          <w:rFonts w:ascii="Times New Roman" w:hAnsi="Times New Roman" w:cs="Times New Roman"/>
          <w:sz w:val="18"/>
        </w:rPr>
        <w:t>. The design is intended to be approachable for young woodworkers while introducing techniques they can use in future projects.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9E42D5">
        <w:rPr>
          <w:rFonts w:ascii="Times New Roman" w:hAnsi="Times New Roman" w:cs="Times New Roman"/>
          <w:sz w:val="18"/>
        </w:rPr>
        <w:t>game table</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009E42D5">
        <w:rPr>
          <w:rFonts w:ascii="Times New Roman" w:hAnsi="Times New Roman" w:cs="Times New Roman"/>
          <w:sz w:val="18"/>
        </w:rPr>
        <w:t xml:space="preserve"> and removable lids</w:t>
      </w:r>
      <w:r w:rsidRPr="00A946D7">
        <w:rPr>
          <w:rFonts w:ascii="Times New Roman" w:hAnsi="Times New Roman" w:cs="Times New Roman"/>
          <w:sz w:val="18"/>
        </w:rPr>
        <w: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9E42D5">
        <w:rPr>
          <w:rFonts w:ascii="Times New Roman" w:hAnsi="Times New Roman" w:cs="Times New Roman"/>
          <w:sz w:val="18"/>
        </w:rPr>
        <w:t>game table</w:t>
      </w:r>
      <w:r w:rsidRPr="00A946D7">
        <w:rPr>
          <w:rFonts w:ascii="Times New Roman" w:hAnsi="Times New Roman" w:cs="Times New Roman"/>
          <w:sz w:val="18"/>
        </w:rPr>
        <w:t xml:space="preserve"> and check the project for squareness and alignment.</w:t>
      </w:r>
    </w:p>
    <w:p w:rsidR="00055A64" w:rsidRPr="00A946D7" w:rsidRDefault="008D1D25">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Fit the</w:t>
      </w:r>
      <w:r w:rsidR="005F77DF">
        <w:rPr>
          <w:rFonts w:ascii="Times New Roman" w:hAnsi="Times New Roman" w:cs="Times New Roman"/>
          <w:sz w:val="18"/>
        </w:rPr>
        <w:t xml:space="preserve"> </w:t>
      </w:r>
      <w:r w:rsidR="009E42D5">
        <w:rPr>
          <w:rFonts w:ascii="Times New Roman" w:hAnsi="Times New Roman" w:cs="Times New Roman"/>
          <w:sz w:val="18"/>
        </w:rPr>
        <w:t>parts</w:t>
      </w:r>
      <w:r w:rsidR="005F77DF">
        <w:rPr>
          <w:rFonts w:ascii="Times New Roman" w:hAnsi="Times New Roman" w:cs="Times New Roman"/>
          <w:sz w:val="18"/>
        </w:rPr>
        <w:t xml:space="preserve"> together</w:t>
      </w:r>
      <w:r w:rsidRPr="00A946D7">
        <w:rPr>
          <w:rFonts w:ascii="Times New Roman" w:hAnsi="Times New Roman" w:cs="Times New Roman"/>
          <w:sz w:val="18"/>
        </w:rPr>
        <w:t xml:space="preserve">, refine edges and details, and check the </w:t>
      </w:r>
      <w:r w:rsidR="009E42D5">
        <w:rPr>
          <w:rFonts w:ascii="Times New Roman" w:hAnsi="Times New Roman" w:cs="Times New Roman"/>
          <w:sz w:val="18"/>
        </w:rPr>
        <w:t>lids</w:t>
      </w:r>
      <w:r w:rsidRPr="00A946D7">
        <w:rPr>
          <w:rFonts w:ascii="Times New Roman" w:hAnsi="Times New Roman" w:cs="Times New Roman"/>
          <w:sz w:val="18"/>
        </w:rPr>
        <w:t xml:space="preserve"> for function. Review the build and prepare the project to take home. Activities may be adjusted to suit class progress and safe working practices.</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8D1D25" w:rsidRPr="00A946D7">
        <w:rPr>
          <w:rFonts w:ascii="Times New Roman" w:hAnsi="Times New Roman" w:cs="Times New Roman"/>
          <w:sz w:val="18"/>
        </w:rPr>
        <w:t xml:space="preserve"> </w:t>
      </w:r>
      <w:r w:rsidR="009E42D5">
        <w:rPr>
          <w:rFonts w:ascii="Times New Roman" w:hAnsi="Times New Roman" w:cs="Times New Roman"/>
          <w:sz w:val="18"/>
        </w:rPr>
        <w:t>lid</w:t>
      </w:r>
      <w:r w:rsidR="002E6A3D">
        <w:rPr>
          <w:rFonts w:ascii="Times New Roman" w:hAnsi="Times New Roman" w:cs="Times New Roman"/>
          <w:sz w:val="18"/>
        </w:rPr>
        <w:t xml:space="preserve"> components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 xml:space="preserve">Understand how </w:t>
      </w:r>
      <w:r w:rsidR="005F77DF">
        <w:rPr>
          <w:rFonts w:ascii="Times New Roman" w:hAnsi="Times New Roman" w:cs="Times New Roman"/>
          <w:sz w:val="18"/>
        </w:rPr>
        <w:t xml:space="preserve">the </w:t>
      </w:r>
      <w:r w:rsidR="009E42D5">
        <w:rPr>
          <w:rFonts w:ascii="Times New Roman" w:hAnsi="Times New Roman" w:cs="Times New Roman"/>
          <w:sz w:val="18"/>
        </w:rPr>
        <w:t>lid</w:t>
      </w:r>
      <w:r w:rsidR="005F77DF">
        <w:rPr>
          <w:rFonts w:ascii="Times New Roman" w:hAnsi="Times New Roman" w:cs="Times New Roman"/>
          <w:sz w:val="18"/>
        </w:rPr>
        <w:t xml:space="preserve"> components come together</w:t>
      </w:r>
      <w:r w:rsidR="008D1D25" w:rsidRPr="00A946D7">
        <w:rPr>
          <w:rFonts w:ascii="Times New Roman" w:hAnsi="Times New Roman" w:cs="Times New Roman"/>
          <w:sz w:val="18"/>
        </w:rPr>
        <w:t>.</w:t>
      </w:r>
    </w:p>
    <w:p w:rsidR="00055A64" w:rsidRPr="00A946D7" w:rsidRDefault="008D1D25">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8D1D25">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8D1D25">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9E42D5">
        <w:rPr>
          <w:rFonts w:ascii="Times New Roman" w:hAnsi="Times New Roman" w:cs="Times New Roman"/>
          <w:sz w:val="18"/>
        </w:rPr>
        <w:t>game table</w:t>
      </w:r>
      <w:bookmarkStart w:id="0" w:name="_GoBack"/>
      <w:bookmarkEnd w:id="0"/>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8D1D25">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3AE" w:rsidRDefault="000B63AE">
      <w:pPr>
        <w:spacing w:after="0" w:line="240" w:lineRule="auto"/>
        <w:rPr>
          <w:rFonts w:hint="eastAsia"/>
        </w:rPr>
      </w:pPr>
      <w:r>
        <w:separator/>
      </w:r>
    </w:p>
  </w:endnote>
  <w:endnote w:type="continuationSeparator" w:id="0">
    <w:p w:rsidR="000B63AE" w:rsidRDefault="000B63A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3AE" w:rsidRDefault="000B63AE">
      <w:pPr>
        <w:spacing w:after="0" w:line="240" w:lineRule="auto"/>
        <w:rPr>
          <w:rFonts w:hint="eastAsia"/>
        </w:rPr>
      </w:pPr>
      <w:r>
        <w:separator/>
      </w:r>
    </w:p>
  </w:footnote>
  <w:footnote w:type="continuationSeparator" w:id="0">
    <w:p w:rsidR="000B63AE" w:rsidRDefault="000B63AE">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8D1D25">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0B63AE"/>
    <w:rsid w:val="0015074B"/>
    <w:rsid w:val="00182602"/>
    <w:rsid w:val="00266BC2"/>
    <w:rsid w:val="0029639D"/>
    <w:rsid w:val="002D391C"/>
    <w:rsid w:val="002E6A3D"/>
    <w:rsid w:val="00326F90"/>
    <w:rsid w:val="0045020B"/>
    <w:rsid w:val="005F77DF"/>
    <w:rsid w:val="00747237"/>
    <w:rsid w:val="00817B32"/>
    <w:rsid w:val="008D1D25"/>
    <w:rsid w:val="008F5232"/>
    <w:rsid w:val="009E42D5"/>
    <w:rsid w:val="00A946D7"/>
    <w:rsid w:val="00AA1D8D"/>
    <w:rsid w:val="00B47730"/>
    <w:rsid w:val="00C25C2D"/>
    <w:rsid w:val="00CB0664"/>
    <w:rsid w:val="00DE6AC8"/>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A0005-D07A-414C-95E0-2EB45C42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2</cp:revision>
  <dcterms:created xsi:type="dcterms:W3CDTF">2026-10-28T03:20:00Z</dcterms:created>
  <dcterms:modified xsi:type="dcterms:W3CDTF">2026-10-28T03:20:00Z</dcterms:modified>
</cp:coreProperties>
</file>