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7F1" w:rsidRPr="00ED07F1" w:rsidRDefault="00ED07F1">
      <w:pPr>
        <w:jc w:val="center"/>
        <w:rPr>
          <w:b/>
          <w:color w:val="386B54"/>
          <w:sz w:val="16"/>
        </w:rPr>
      </w:pPr>
    </w:p>
    <w:p w:rsidR="00055A64" w:rsidRPr="00A946D7" w:rsidRDefault="00D66BBD" w:rsidP="00ED07F1">
      <w:pPr>
        <w:spacing w:after="0" w:line="240" w:lineRule="auto"/>
        <w:jc w:val="center"/>
        <w:rPr>
          <w:rFonts w:asciiTheme="minorHAnsi" w:hAnsiTheme="minorHAnsi"/>
          <w:sz w:val="18"/>
        </w:rPr>
      </w:pPr>
      <w:r w:rsidRPr="00A946D7">
        <w:rPr>
          <w:rFonts w:asciiTheme="minorHAnsi" w:hAnsiTheme="minorHAnsi"/>
          <w:b/>
          <w:color w:val="386B54"/>
          <w:sz w:val="16"/>
        </w:rPr>
        <w:t>SUMMER WOODWORKING CAMP</w:t>
      </w:r>
    </w:p>
    <w:p w:rsidR="00055A64" w:rsidRPr="00A946D7" w:rsidRDefault="00817B32" w:rsidP="00ED07F1">
      <w:pPr>
        <w:pStyle w:val="Title"/>
        <w:spacing w:after="0"/>
        <w:jc w:val="center"/>
        <w:rPr>
          <w:rFonts w:asciiTheme="minorHAnsi" w:hAnsiTheme="minorHAnsi"/>
          <w:sz w:val="44"/>
        </w:rPr>
      </w:pPr>
      <w:r>
        <w:rPr>
          <w:rFonts w:asciiTheme="minorHAnsi" w:hAnsiTheme="minorHAnsi"/>
          <w:sz w:val="44"/>
        </w:rPr>
        <w:t>Clothes Dresser</w:t>
      </w:r>
    </w:p>
    <w:p w:rsidR="00055A64" w:rsidRPr="00A946D7" w:rsidRDefault="00D66BBD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Project Introduction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Students will build a </w:t>
      </w:r>
      <w:r w:rsidR="00817B32">
        <w:rPr>
          <w:rFonts w:ascii="Times New Roman" w:hAnsi="Times New Roman" w:cs="Times New Roman"/>
          <w:sz w:val="18"/>
        </w:rPr>
        <w:t>clothes dresser</w:t>
      </w:r>
      <w:r w:rsidRPr="00A946D7">
        <w:rPr>
          <w:rFonts w:ascii="Times New Roman" w:hAnsi="Times New Roman" w:cs="Times New Roman"/>
          <w:sz w:val="18"/>
        </w:rPr>
        <w:t xml:space="preserve"> that combines a clean, simple design with useful storage. During the week, students will learn</w:t>
      </w:r>
      <w:r w:rsidRPr="00A946D7">
        <w:rPr>
          <w:rFonts w:ascii="Times New Roman" w:hAnsi="Times New Roman" w:cs="Times New Roman"/>
          <w:sz w:val="18"/>
        </w:rPr>
        <w:t xml:space="preserve"> how individual pieces come together to create a finished furniture project, practicing measuring, cutting, joinery, assembly, and fitting a drawer. The design is intended to be approachable for young woodworkers while introducing techniques they can use i</w:t>
      </w:r>
      <w:r w:rsidRPr="00A946D7">
        <w:rPr>
          <w:rFonts w:ascii="Times New Roman" w:hAnsi="Times New Roman" w:cs="Times New Roman"/>
          <w:sz w:val="18"/>
        </w:rPr>
        <w:t>n future projects.</w:t>
      </w:r>
    </w:p>
    <w:p w:rsidR="00055A64" w:rsidRPr="00A946D7" w:rsidRDefault="00D66BBD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Weekly Schedule</w:t>
      </w:r>
    </w:p>
    <w:p w:rsidR="00055A64" w:rsidRPr="00A946D7" w:rsidRDefault="00D66BBD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MONDAY  |  Design &amp; Preparation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Introduce the project and review its main parts. Discuss how to read dimensions, plan the order of construction, select suitable materials, and mark out components. Begin preparing the part</w:t>
      </w:r>
      <w:r w:rsidRPr="00A946D7">
        <w:rPr>
          <w:rFonts w:ascii="Times New Roman" w:hAnsi="Times New Roman" w:cs="Times New Roman"/>
          <w:sz w:val="18"/>
        </w:rPr>
        <w:t xml:space="preserve">s needed for the </w:t>
      </w:r>
      <w:r w:rsidR="00817B32">
        <w:rPr>
          <w:rFonts w:ascii="Times New Roman" w:hAnsi="Times New Roman" w:cs="Times New Roman"/>
          <w:sz w:val="18"/>
        </w:rPr>
        <w:t>dresser</w:t>
      </w:r>
      <w:r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D66BBD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TUESDAY  |  Milling &amp; Cutting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Continue preparing materials and cut the main components to size. Organize and check the parts, then begin preparing components for the frame</w:t>
      </w:r>
      <w:r w:rsidR="00182602">
        <w:rPr>
          <w:rFonts w:ascii="Times New Roman" w:hAnsi="Times New Roman" w:cs="Times New Roman"/>
          <w:sz w:val="18"/>
        </w:rPr>
        <w:t xml:space="preserve"> and main body</w:t>
      </w:r>
      <w:r w:rsidR="00817B32">
        <w:rPr>
          <w:rFonts w:ascii="Times New Roman" w:hAnsi="Times New Roman" w:cs="Times New Roman"/>
          <w:sz w:val="18"/>
        </w:rPr>
        <w:t xml:space="preserve"> as well as drawers</w:t>
      </w:r>
      <w:r w:rsidRPr="00A946D7">
        <w:rPr>
          <w:rFonts w:ascii="Times New Roman" w:hAnsi="Times New Roman" w:cs="Times New Roman"/>
          <w:sz w:val="18"/>
        </w:rPr>
        <w:t>.</w:t>
      </w:r>
    </w:p>
    <w:p w:rsidR="00055A64" w:rsidRPr="00A946D7" w:rsidRDefault="00D66BBD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 xml:space="preserve">WEDNESDAY  | </w:t>
      </w:r>
      <w:r w:rsidRPr="00A946D7">
        <w:rPr>
          <w:rFonts w:ascii="Times New Roman" w:hAnsi="Times New Roman" w:cs="Times New Roman"/>
          <w:b/>
          <w:color w:val="244C3A"/>
          <w:sz w:val="18"/>
        </w:rPr>
        <w:t xml:space="preserve"> Joinery &amp; Assembly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Practice the planned joinery methods, test-fit components, and assemble major parts as appropriate. Begin constructing the </w:t>
      </w:r>
      <w:r w:rsidR="00817B32">
        <w:rPr>
          <w:rFonts w:ascii="Times New Roman" w:hAnsi="Times New Roman" w:cs="Times New Roman"/>
          <w:sz w:val="18"/>
        </w:rPr>
        <w:t>dresser</w:t>
      </w:r>
      <w:r w:rsidRPr="00A946D7">
        <w:rPr>
          <w:rFonts w:ascii="Times New Roman" w:hAnsi="Times New Roman" w:cs="Times New Roman"/>
          <w:sz w:val="18"/>
        </w:rPr>
        <w:t xml:space="preserve"> and check the project for squareness and alignment.</w:t>
      </w:r>
    </w:p>
    <w:p w:rsidR="00055A64" w:rsidRPr="00A946D7" w:rsidRDefault="00D66BBD">
      <w:pPr>
        <w:spacing w:before="80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b/>
          <w:color w:val="244C3A"/>
          <w:sz w:val="18"/>
        </w:rPr>
        <w:t>THURSDAY  |  Final Fitting &amp; Project Completion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Fit th</w:t>
      </w:r>
      <w:r w:rsidRPr="00A946D7">
        <w:rPr>
          <w:rFonts w:ascii="Times New Roman" w:hAnsi="Times New Roman" w:cs="Times New Roman"/>
          <w:sz w:val="18"/>
        </w:rPr>
        <w:t xml:space="preserve">e </w:t>
      </w:r>
      <w:r w:rsidR="00817B32">
        <w:rPr>
          <w:rFonts w:ascii="Times New Roman" w:hAnsi="Times New Roman" w:cs="Times New Roman"/>
          <w:sz w:val="18"/>
        </w:rPr>
        <w:t>drawers</w:t>
      </w:r>
      <w:r w:rsidRPr="00A946D7">
        <w:rPr>
          <w:rFonts w:ascii="Times New Roman" w:hAnsi="Times New Roman" w:cs="Times New Roman"/>
          <w:sz w:val="18"/>
        </w:rPr>
        <w:t xml:space="preserve">, refine edges and details, and check the </w:t>
      </w:r>
      <w:r w:rsidR="00817B32">
        <w:rPr>
          <w:rFonts w:ascii="Times New Roman" w:hAnsi="Times New Roman" w:cs="Times New Roman"/>
          <w:sz w:val="18"/>
        </w:rPr>
        <w:t>dresser</w:t>
      </w:r>
      <w:r w:rsidRPr="00A946D7">
        <w:rPr>
          <w:rFonts w:ascii="Times New Roman" w:hAnsi="Times New Roman" w:cs="Times New Roman"/>
          <w:sz w:val="18"/>
        </w:rPr>
        <w:t xml:space="preserve"> for stability and function. Review the build and prepare the project to take home. Activities may be adjusted to suit class progress and safe working practices.</w:t>
      </w:r>
    </w:p>
    <w:p w:rsidR="00055A64" w:rsidRPr="00A946D7" w:rsidRDefault="00D66BBD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Skills &amp; Techniques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M</w:t>
      </w:r>
      <w:r w:rsidRPr="00A946D7">
        <w:rPr>
          <w:rFonts w:ascii="Times New Roman" w:hAnsi="Times New Roman" w:cs="Times New Roman"/>
          <w:sz w:val="18"/>
        </w:rPr>
        <w:t>easuring, marking, and following a project plan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Understanding lumber selection and grain direction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Preparing and cutting components accurately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Using appropriate joinery and dry-fitting parts before assembly</w:t>
      </w:r>
    </w:p>
    <w:p w:rsidR="00055A64" w:rsidRPr="00A946D7" w:rsidRDefault="00182602">
      <w:pPr>
        <w:pStyle w:val="ListBulle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Building and fitting</w:t>
      </w:r>
      <w:r w:rsidR="00D66BBD" w:rsidRPr="00A946D7">
        <w:rPr>
          <w:rFonts w:ascii="Times New Roman" w:hAnsi="Times New Roman" w:cs="Times New Roman"/>
          <w:sz w:val="18"/>
        </w:rPr>
        <w:t xml:space="preserve"> simple </w:t>
      </w:r>
      <w:r w:rsidR="00817B32">
        <w:rPr>
          <w:rFonts w:ascii="Times New Roman" w:hAnsi="Times New Roman" w:cs="Times New Roman"/>
          <w:sz w:val="18"/>
        </w:rPr>
        <w:t>drawers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Checking squ</w:t>
      </w:r>
      <w:r w:rsidRPr="00A946D7">
        <w:rPr>
          <w:rFonts w:ascii="Times New Roman" w:hAnsi="Times New Roman" w:cs="Times New Roman"/>
          <w:sz w:val="18"/>
        </w:rPr>
        <w:t>areness, alignment, stability, and function</w:t>
      </w:r>
    </w:p>
    <w:p w:rsidR="00055A64" w:rsidRPr="00A946D7" w:rsidRDefault="00D66BBD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Learning Goals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Describe the main stages involved in building a piece of furniture.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Measure and mark project components with care.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Practice safe, accurate preparation and assembly techniques.</w:t>
      </w:r>
    </w:p>
    <w:p w:rsidR="00055A64" w:rsidRPr="00A946D7" w:rsidRDefault="00817B32">
      <w:pPr>
        <w:pStyle w:val="ListBullet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Understand how drawers are</w:t>
      </w:r>
      <w:r w:rsidR="00D66BBD" w:rsidRPr="00A946D7">
        <w:rPr>
          <w:rFonts w:ascii="Times New Roman" w:hAnsi="Times New Roman" w:cs="Times New Roman"/>
          <w:sz w:val="18"/>
        </w:rPr>
        <w:t xml:space="preserve"> constructed and fitted.</w:t>
      </w:r>
    </w:p>
    <w:p w:rsidR="00055A64" w:rsidRPr="00A946D7" w:rsidRDefault="00D66BBD">
      <w:pPr>
        <w:pStyle w:val="ListBullet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Recognize how careful checking and adjustment improve a project.</w:t>
      </w:r>
    </w:p>
    <w:p w:rsidR="00055A64" w:rsidRPr="00A946D7" w:rsidRDefault="00D66BBD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Safety &amp; Shop Expectations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 xml:space="preserve">Students must follow instructor demonstrations and directions, wear required personal protective equipment, and use machines and hand </w:t>
      </w:r>
      <w:r w:rsidRPr="00A946D7">
        <w:rPr>
          <w:rFonts w:ascii="Times New Roman" w:hAnsi="Times New Roman" w:cs="Times New Roman"/>
          <w:sz w:val="18"/>
        </w:rPr>
        <w:t>tools only when authorized and supervised. Keep work areas clear, handle tools and materials responsibly, and ask the instructor for help whenever a setup or operation is unfamiliar.</w:t>
      </w:r>
    </w:p>
    <w:p w:rsidR="00055A64" w:rsidRPr="00A946D7" w:rsidRDefault="00D66BBD">
      <w:pPr>
        <w:pStyle w:val="Heading1"/>
        <w:rPr>
          <w:rFonts w:asciiTheme="minorHAnsi" w:hAnsiTheme="minorHAnsi" w:cs="Times New Roman"/>
          <w:sz w:val="28"/>
        </w:rPr>
      </w:pPr>
      <w:r w:rsidRPr="00A946D7">
        <w:rPr>
          <w:rFonts w:asciiTheme="minorHAnsi" w:hAnsiTheme="minorHAnsi" w:cs="Times New Roman"/>
          <w:sz w:val="28"/>
        </w:rPr>
        <w:t>Project Completion &amp; Take-Home Notes</w:t>
      </w:r>
    </w:p>
    <w:p w:rsidR="00055A64" w:rsidRPr="00A946D7" w:rsidRDefault="00D66BBD">
      <w:pPr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sz w:val="18"/>
        </w:rPr>
        <w:t>The goal is to complete the main con</w:t>
      </w:r>
      <w:r w:rsidRPr="00A946D7">
        <w:rPr>
          <w:rFonts w:ascii="Times New Roman" w:hAnsi="Times New Roman" w:cs="Times New Roman"/>
          <w:sz w:val="18"/>
        </w:rPr>
        <w:t xml:space="preserve">struction and fitting of one </w:t>
      </w:r>
      <w:r w:rsidR="00817B32">
        <w:rPr>
          <w:rFonts w:ascii="Times New Roman" w:hAnsi="Times New Roman" w:cs="Times New Roman"/>
          <w:sz w:val="18"/>
        </w:rPr>
        <w:t>dresser</w:t>
      </w:r>
      <w:bookmarkStart w:id="0" w:name="_GoBack"/>
      <w:bookmarkEnd w:id="0"/>
      <w:r w:rsidRPr="00A946D7">
        <w:rPr>
          <w:rFonts w:ascii="Times New Roman" w:hAnsi="Times New Roman" w:cs="Times New Roman"/>
          <w:sz w:val="18"/>
        </w:rPr>
        <w:t xml:space="preserve"> during the four-day camp. The pace and final details may vary with individual progress and project needs. Projects are taken home unfinished; oils, paints, stains, polyurethane, and other finish coats are not applied</w:t>
      </w:r>
      <w:r w:rsidRPr="00A946D7">
        <w:rPr>
          <w:rFonts w:ascii="Times New Roman" w:hAnsi="Times New Roman" w:cs="Times New Roman"/>
          <w:sz w:val="18"/>
        </w:rPr>
        <w:t xml:space="preserve"> in the shop. Students may complete any remaining sanding, finishing, or minor adjustments at home with an adult's help as appropriate.</w:t>
      </w:r>
    </w:p>
    <w:p w:rsidR="00055A64" w:rsidRPr="00A946D7" w:rsidRDefault="00D66BBD">
      <w:pPr>
        <w:jc w:val="center"/>
        <w:rPr>
          <w:rFonts w:ascii="Times New Roman" w:hAnsi="Times New Roman" w:cs="Times New Roman"/>
          <w:sz w:val="18"/>
        </w:rPr>
      </w:pPr>
      <w:r w:rsidRPr="00A946D7">
        <w:rPr>
          <w:rFonts w:ascii="Times New Roman" w:hAnsi="Times New Roman" w:cs="Times New Roman"/>
          <w:i/>
          <w:color w:val="69706C"/>
          <w:sz w:val="14"/>
        </w:rPr>
        <w:t>A flexible course outline — daily activities may shift to support safe, quality work.</w:t>
      </w:r>
    </w:p>
    <w:sectPr w:rsidR="00055A64" w:rsidRPr="00A946D7" w:rsidSect="00034616">
      <w:headerReference w:type="default" r:id="rId9"/>
      <w:footerReference w:type="default" r:id="rId10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6BBD" w:rsidRDefault="00D66BB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D66BBD" w:rsidRDefault="00D66BB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A64" w:rsidRDefault="00D66BBD">
    <w:pPr>
      <w:pStyle w:val="Footer"/>
      <w:jc w:val="center"/>
      <w:rPr>
        <w:rFonts w:hint="eastAsia"/>
      </w:rPr>
    </w:pPr>
    <w:r>
      <w:rPr>
        <w:color w:val="69706C"/>
        <w:sz w:val="16"/>
      </w:rPr>
      <w:t>YOUTH SUMMER WOODWORKING CAMP  •  COURSE OVERVIEW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6BBD" w:rsidRDefault="00D66BB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D66BBD" w:rsidRDefault="00D66BB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5A64" w:rsidRDefault="00D66BBD">
    <w:pPr>
      <w:pStyle w:val="Header"/>
      <w:rPr>
        <w:rFonts w:hint="eastAsia"/>
      </w:rPr>
    </w:pPr>
    <w:r>
      <w:rPr>
        <w:rFonts w:ascii="Aptos Display" w:hAnsi="Aptos Display"/>
        <w:b/>
        <w:color w:val="244C3A"/>
      </w:rPr>
      <w:t>WORKBENCHRVA</w:t>
    </w:r>
    <w:r>
      <w:rPr>
        <w:color w:val="5F6863"/>
        <w:sz w:val="16"/>
      </w:rPr>
      <w:t xml:space="preserve">   |   Richmond's Public Woodshop and Woodworking School.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55A64"/>
    <w:rsid w:val="0006063C"/>
    <w:rsid w:val="0015074B"/>
    <w:rsid w:val="00182602"/>
    <w:rsid w:val="0029639D"/>
    <w:rsid w:val="00326F90"/>
    <w:rsid w:val="00817B32"/>
    <w:rsid w:val="00A946D7"/>
    <w:rsid w:val="00AA1D8D"/>
    <w:rsid w:val="00B47730"/>
    <w:rsid w:val="00CB0664"/>
    <w:rsid w:val="00D66BBD"/>
    <w:rsid w:val="00ED07F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7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44C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386B5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44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ptos" w:hAnsi="Aptos"/>
      <w:color w:val="303734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244C3A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386B5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244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C1771D-1B73-446F-ABCA-5A3B73CC7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Dalton R.</cp:lastModifiedBy>
  <cp:revision>2</cp:revision>
  <dcterms:created xsi:type="dcterms:W3CDTF">2026-10-28T02:39:00Z</dcterms:created>
  <dcterms:modified xsi:type="dcterms:W3CDTF">2026-10-28T02:39:00Z</dcterms:modified>
</cp:coreProperties>
</file>