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49C1" w:rsidRPr="00B96CAD" w:rsidRDefault="00D811B7">
      <w:pPr>
        <w:spacing w:before="1100"/>
        <w:jc w:val="center"/>
        <w:rPr>
          <w:rFonts w:ascii="Times New Roman" w:hAnsi="Times New Roman" w:cs="Times New Roman"/>
          <w:sz w:val="18"/>
        </w:rPr>
      </w:pPr>
      <w:r w:rsidRPr="00B96CAD">
        <w:rPr>
          <w:rFonts w:ascii="Times New Roman" w:hAnsi="Times New Roman" w:cs="Times New Roman"/>
          <w:b/>
          <w:color w:val="2F5D50"/>
          <w:sz w:val="22"/>
        </w:rPr>
        <w:t>WORKBENCHRVA</w:t>
      </w:r>
    </w:p>
    <w:p w:rsidR="006A49C1" w:rsidRPr="00B96CAD" w:rsidRDefault="00D811B7">
      <w:pPr>
        <w:jc w:val="center"/>
        <w:rPr>
          <w:rFonts w:ascii="Times New Roman" w:hAnsi="Times New Roman" w:cs="Times New Roman"/>
          <w:sz w:val="20"/>
        </w:rPr>
      </w:pPr>
      <w:r w:rsidRPr="00B96CAD">
        <w:rPr>
          <w:rFonts w:ascii="Times New Roman" w:hAnsi="Times New Roman" w:cs="Times New Roman"/>
          <w:b/>
          <w:color w:val="2F5D50"/>
          <w:sz w:val="56"/>
        </w:rPr>
        <w:t>SUMMER WOODWORKING CAMP</w:t>
      </w:r>
    </w:p>
    <w:p w:rsidR="006A49C1" w:rsidRPr="00B96CAD" w:rsidRDefault="00D811B7">
      <w:pPr>
        <w:jc w:val="center"/>
        <w:rPr>
          <w:rFonts w:ascii="Times New Roman" w:hAnsi="Times New Roman" w:cs="Times New Roman"/>
          <w:sz w:val="20"/>
        </w:rPr>
      </w:pPr>
      <w:r w:rsidRPr="00B96CAD">
        <w:rPr>
          <w:rFonts w:ascii="Times New Roman" w:hAnsi="Times New Roman" w:cs="Times New Roman"/>
          <w:b/>
          <w:sz w:val="32"/>
        </w:rPr>
        <w:t>Parent &amp; Student Handbook</w:t>
      </w:r>
    </w:p>
    <w:p w:rsidR="006A49C1" w:rsidRPr="00B96CAD" w:rsidRDefault="00D811B7">
      <w:pPr>
        <w:spacing w:before="300"/>
        <w:jc w:val="center"/>
        <w:rPr>
          <w:rFonts w:hint="eastAsia"/>
          <w:sz w:val="19"/>
        </w:rPr>
      </w:pPr>
      <w:r w:rsidRPr="00B96CAD">
        <w:rPr>
          <w:color w:val="666666"/>
          <w:sz w:val="20"/>
        </w:rPr>
        <w:t>Ages 12–17  •  One-Week Sessions  •  Hands-On Woodworking</w:t>
      </w:r>
    </w:p>
    <w:tbl>
      <w:tblPr>
        <w:tblW w:w="0" w:type="auto"/>
        <w:jc w:val="center"/>
        <w:tblLook w:val="04A0" w:firstRow="1" w:lastRow="0" w:firstColumn="1" w:lastColumn="0" w:noHBand="0" w:noVBand="1"/>
      </w:tblPr>
      <w:tblGrid>
        <w:gridCol w:w="9936"/>
      </w:tblGrid>
      <w:tr w:rsidR="006A49C1" w:rsidRPr="00B96CAD">
        <w:trPr>
          <w:jc w:val="center"/>
        </w:trPr>
        <w:tc>
          <w:tcPr>
            <w:tcW w:w="9936" w:type="dxa"/>
            <w:shd w:val="clear" w:color="auto" w:fill="EAF0ED"/>
            <w:tcMar>
              <w:top w:w="160" w:type="dxa"/>
              <w:left w:w="180" w:type="dxa"/>
              <w:bottom w:w="160" w:type="dxa"/>
              <w:right w:w="180" w:type="dxa"/>
            </w:tcMar>
          </w:tcPr>
          <w:p w:rsidR="006A49C1" w:rsidRPr="00B96CAD" w:rsidRDefault="00D811B7">
            <w:pPr>
              <w:rPr>
                <w:rFonts w:hint="eastAsia"/>
                <w:sz w:val="19"/>
              </w:rPr>
            </w:pPr>
            <w:r w:rsidRPr="00B96CAD">
              <w:rPr>
                <w:rFonts w:ascii="Times New Roman" w:hAnsi="Times New Roman" w:cs="Times New Roman"/>
                <w:b/>
                <w:color w:val="2F5D50"/>
                <w:sz w:val="20"/>
              </w:rPr>
              <w:t>LEARN. BUILD. CREATE. WORK SAFELY.</w:t>
            </w:r>
            <w:r w:rsidRPr="00B96CAD">
              <w:rPr>
                <w:sz w:val="19"/>
              </w:rPr>
              <w:br/>
            </w:r>
            <w:r w:rsidRPr="00B96CAD">
              <w:rPr>
                <w:rFonts w:ascii="Times New Roman" w:hAnsi="Times New Roman" w:cs="Times New Roman"/>
                <w:sz w:val="20"/>
              </w:rPr>
              <w:t xml:space="preserve">Our summer woodworking camp is designed to give young people meaningful hands-on experience in a </w:t>
            </w:r>
            <w:r w:rsidRPr="00B96CAD">
              <w:rPr>
                <w:rFonts w:ascii="Times New Roman" w:hAnsi="Times New Roman" w:cs="Times New Roman"/>
                <w:sz w:val="20"/>
              </w:rPr>
              <w:t>professional woodworking environment while teaching them the skills, discipline, and respect required to work safely around tools and machinery</w:t>
            </w:r>
            <w:r w:rsidRPr="00B96CAD">
              <w:rPr>
                <w:sz w:val="19"/>
              </w:rPr>
              <w:t>.</w:t>
            </w:r>
          </w:p>
        </w:tc>
      </w:tr>
    </w:tbl>
    <w:p w:rsidR="006A49C1" w:rsidRPr="00B96CAD" w:rsidRDefault="006A49C1">
      <w:pPr>
        <w:spacing w:after="40"/>
        <w:rPr>
          <w:rFonts w:hint="eastAsia"/>
          <w:sz w:val="19"/>
        </w:rPr>
      </w:pPr>
    </w:p>
    <w:p w:rsidR="00B96CAD" w:rsidRDefault="00B96CAD">
      <w:pPr>
        <w:jc w:val="center"/>
        <w:rPr>
          <w:rFonts w:ascii="Times New Roman" w:hAnsi="Times New Roman" w:cs="Times New Roman"/>
          <w:b/>
          <w:color w:val="2F5D50"/>
          <w:sz w:val="22"/>
        </w:rPr>
      </w:pPr>
    </w:p>
    <w:p w:rsidR="00B96CAD" w:rsidRDefault="00B96CAD">
      <w:pPr>
        <w:jc w:val="center"/>
        <w:rPr>
          <w:rFonts w:ascii="Times New Roman" w:hAnsi="Times New Roman" w:cs="Times New Roman"/>
          <w:b/>
          <w:color w:val="2F5D50"/>
          <w:sz w:val="22"/>
        </w:rPr>
      </w:pPr>
    </w:p>
    <w:p w:rsidR="006A49C1" w:rsidRPr="00B96CAD" w:rsidRDefault="00D811B7" w:rsidP="00B96CAD">
      <w:pPr>
        <w:jc w:val="center"/>
        <w:rPr>
          <w:rFonts w:ascii="Times New Roman" w:hAnsi="Times New Roman" w:cs="Times New Roman"/>
          <w:sz w:val="20"/>
        </w:rPr>
      </w:pPr>
      <w:r w:rsidRPr="00B96CAD">
        <w:rPr>
          <w:rFonts w:ascii="Times New Roman" w:hAnsi="Times New Roman" w:cs="Times New Roman"/>
          <w:b/>
          <w:color w:val="2F5D50"/>
          <w:sz w:val="22"/>
        </w:rPr>
        <w:t>Camp Session Information</w:t>
      </w:r>
    </w:p>
    <w:tbl>
      <w:tblPr>
        <w:tblW w:w="9936" w:type="dxa"/>
        <w:jc w:val="center"/>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8"/>
        <w:gridCol w:w="4968"/>
      </w:tblGrid>
      <w:tr w:rsidR="006A49C1" w:rsidRPr="00B96CAD" w:rsidTr="00B96CAD">
        <w:trPr>
          <w:trHeight w:val="394"/>
          <w:jc w:val="center"/>
        </w:trPr>
        <w:tc>
          <w:tcPr>
            <w:tcW w:w="4968" w:type="dxa"/>
            <w:shd w:val="clear" w:color="auto" w:fill="FDE9D9" w:themeFill="accent6" w:themeFillTint="33"/>
            <w:tcMar>
              <w:top w:w="100" w:type="dxa"/>
              <w:left w:w="120" w:type="dxa"/>
              <w:bottom w:w="100" w:type="dxa"/>
              <w:right w:w="120" w:type="dxa"/>
            </w:tcMar>
            <w:vAlign w:val="bottom"/>
          </w:tcPr>
          <w:p w:rsidR="006A49C1" w:rsidRPr="00B96CAD" w:rsidRDefault="00D811B7" w:rsidP="00B96CAD">
            <w:pPr>
              <w:jc w:val="center"/>
              <w:rPr>
                <w:rFonts w:ascii="Times New Roman" w:hAnsi="Times New Roman" w:cs="Times New Roman"/>
                <w:sz w:val="20"/>
              </w:rPr>
            </w:pPr>
            <w:r w:rsidRPr="00B96CAD">
              <w:rPr>
                <w:rFonts w:ascii="Times New Roman" w:hAnsi="Times New Roman" w:cs="Times New Roman"/>
                <w:b/>
                <w:sz w:val="20"/>
              </w:rPr>
              <w:t>Camp Week</w:t>
            </w:r>
          </w:p>
        </w:tc>
        <w:tc>
          <w:tcPr>
            <w:tcW w:w="4968" w:type="dxa"/>
            <w:shd w:val="clear" w:color="auto" w:fill="FDE9D9" w:themeFill="accent6" w:themeFillTint="33"/>
            <w:tcMar>
              <w:top w:w="100" w:type="dxa"/>
              <w:left w:w="120" w:type="dxa"/>
              <w:bottom w:w="100" w:type="dxa"/>
              <w:right w:w="120" w:type="dxa"/>
            </w:tcMar>
            <w:vAlign w:val="bottom"/>
          </w:tcPr>
          <w:p w:rsidR="006A49C1" w:rsidRPr="00B96CAD" w:rsidRDefault="006A49C1" w:rsidP="00B96CAD">
            <w:pPr>
              <w:jc w:val="center"/>
              <w:rPr>
                <w:rFonts w:ascii="Times New Roman" w:hAnsi="Times New Roman" w:cs="Times New Roman"/>
                <w:sz w:val="20"/>
              </w:rPr>
            </w:pPr>
          </w:p>
        </w:tc>
      </w:tr>
      <w:tr w:rsidR="006A49C1" w:rsidRPr="00B96CAD" w:rsidTr="00B96CAD">
        <w:trPr>
          <w:trHeight w:val="340"/>
          <w:jc w:val="center"/>
        </w:trPr>
        <w:tc>
          <w:tcPr>
            <w:tcW w:w="4968" w:type="dxa"/>
            <w:shd w:val="clear" w:color="auto" w:fill="FDE9D9" w:themeFill="accent6" w:themeFillTint="33"/>
            <w:tcMar>
              <w:top w:w="100" w:type="dxa"/>
              <w:left w:w="120" w:type="dxa"/>
              <w:bottom w:w="100" w:type="dxa"/>
              <w:right w:w="120" w:type="dxa"/>
            </w:tcMar>
            <w:vAlign w:val="bottom"/>
          </w:tcPr>
          <w:p w:rsidR="006A49C1" w:rsidRPr="00B96CAD" w:rsidRDefault="00D811B7" w:rsidP="00B96CAD">
            <w:pPr>
              <w:jc w:val="center"/>
              <w:rPr>
                <w:rFonts w:ascii="Times New Roman" w:hAnsi="Times New Roman" w:cs="Times New Roman"/>
                <w:sz w:val="20"/>
              </w:rPr>
            </w:pPr>
            <w:r w:rsidRPr="00B96CAD">
              <w:rPr>
                <w:rFonts w:ascii="Times New Roman" w:hAnsi="Times New Roman" w:cs="Times New Roman"/>
                <w:b/>
                <w:sz w:val="20"/>
              </w:rPr>
              <w:t>Dates</w:t>
            </w:r>
          </w:p>
        </w:tc>
        <w:tc>
          <w:tcPr>
            <w:tcW w:w="4968" w:type="dxa"/>
            <w:shd w:val="clear" w:color="auto" w:fill="FDE9D9" w:themeFill="accent6" w:themeFillTint="33"/>
            <w:tcMar>
              <w:top w:w="100" w:type="dxa"/>
              <w:left w:w="120" w:type="dxa"/>
              <w:bottom w:w="100" w:type="dxa"/>
              <w:right w:w="120" w:type="dxa"/>
            </w:tcMar>
            <w:vAlign w:val="bottom"/>
          </w:tcPr>
          <w:p w:rsidR="006A49C1" w:rsidRPr="00B96CAD" w:rsidRDefault="006A49C1" w:rsidP="00B96CAD">
            <w:pPr>
              <w:jc w:val="center"/>
              <w:rPr>
                <w:rFonts w:ascii="Times New Roman" w:hAnsi="Times New Roman" w:cs="Times New Roman"/>
                <w:sz w:val="20"/>
              </w:rPr>
            </w:pPr>
          </w:p>
        </w:tc>
      </w:tr>
      <w:tr w:rsidR="006A49C1" w:rsidRPr="00B96CAD" w:rsidTr="00B96CAD">
        <w:trPr>
          <w:trHeight w:val="465"/>
          <w:jc w:val="center"/>
        </w:trPr>
        <w:tc>
          <w:tcPr>
            <w:tcW w:w="4968" w:type="dxa"/>
            <w:shd w:val="clear" w:color="auto" w:fill="EAF0ED"/>
            <w:tcMar>
              <w:top w:w="100" w:type="dxa"/>
              <w:left w:w="120" w:type="dxa"/>
              <w:bottom w:w="100" w:type="dxa"/>
              <w:right w:w="120" w:type="dxa"/>
            </w:tcMar>
            <w:vAlign w:val="bottom"/>
          </w:tcPr>
          <w:p w:rsidR="006A49C1" w:rsidRPr="00B96CAD" w:rsidRDefault="00D811B7" w:rsidP="00B96CAD">
            <w:pPr>
              <w:jc w:val="center"/>
              <w:rPr>
                <w:rFonts w:ascii="Times New Roman" w:hAnsi="Times New Roman" w:cs="Times New Roman"/>
                <w:sz w:val="20"/>
              </w:rPr>
            </w:pPr>
            <w:r w:rsidRPr="00B96CAD">
              <w:rPr>
                <w:rFonts w:ascii="Times New Roman" w:hAnsi="Times New Roman" w:cs="Times New Roman"/>
                <w:b/>
                <w:sz w:val="20"/>
              </w:rPr>
              <w:t>Drop-Off</w:t>
            </w:r>
            <w:r w:rsidRPr="00B96CAD">
              <w:rPr>
                <w:rFonts w:ascii="Times New Roman" w:hAnsi="Times New Roman" w:cs="Times New Roman"/>
                <w:b/>
                <w:sz w:val="20"/>
              </w:rPr>
              <w:t xml:space="preserve"> Location</w:t>
            </w:r>
          </w:p>
        </w:tc>
        <w:tc>
          <w:tcPr>
            <w:tcW w:w="4968" w:type="dxa"/>
            <w:tcMar>
              <w:top w:w="100" w:type="dxa"/>
              <w:left w:w="120" w:type="dxa"/>
              <w:bottom w:w="100" w:type="dxa"/>
              <w:right w:w="120" w:type="dxa"/>
            </w:tcMar>
            <w:vAlign w:val="bottom"/>
          </w:tcPr>
          <w:p w:rsidR="00181429" w:rsidRPr="00B96CAD" w:rsidRDefault="00181429" w:rsidP="00B96CAD">
            <w:pPr>
              <w:spacing w:after="0" w:line="240" w:lineRule="auto"/>
              <w:jc w:val="center"/>
              <w:rPr>
                <w:rFonts w:ascii="Times New Roman" w:hAnsi="Times New Roman" w:cs="Times New Roman"/>
                <w:b/>
                <w:sz w:val="20"/>
              </w:rPr>
            </w:pPr>
            <w:r w:rsidRPr="00B96CAD">
              <w:rPr>
                <w:rFonts w:ascii="Times New Roman" w:hAnsi="Times New Roman" w:cs="Times New Roman"/>
                <w:b/>
                <w:sz w:val="20"/>
              </w:rPr>
              <w:t>3310 Rosedale Avenue Suite B-2</w:t>
            </w:r>
          </w:p>
          <w:p w:rsidR="006A49C1" w:rsidRPr="00B96CAD" w:rsidRDefault="00181429" w:rsidP="00B96CAD">
            <w:pPr>
              <w:spacing w:after="0" w:line="240" w:lineRule="auto"/>
              <w:jc w:val="center"/>
              <w:rPr>
                <w:rFonts w:ascii="Times New Roman" w:hAnsi="Times New Roman" w:cs="Times New Roman"/>
                <w:b/>
                <w:sz w:val="20"/>
              </w:rPr>
            </w:pPr>
            <w:r w:rsidRPr="00B96CAD">
              <w:rPr>
                <w:rFonts w:ascii="Times New Roman" w:hAnsi="Times New Roman" w:cs="Times New Roman"/>
                <w:b/>
                <w:sz w:val="20"/>
              </w:rPr>
              <w:t>Richmond VA, 23230</w:t>
            </w:r>
          </w:p>
        </w:tc>
      </w:tr>
      <w:tr w:rsidR="006A49C1" w:rsidRPr="00B96CAD" w:rsidTr="00B96CAD">
        <w:trPr>
          <w:trHeight w:val="464"/>
          <w:jc w:val="center"/>
        </w:trPr>
        <w:tc>
          <w:tcPr>
            <w:tcW w:w="4968" w:type="dxa"/>
            <w:shd w:val="clear" w:color="auto" w:fill="EAF0ED"/>
            <w:tcMar>
              <w:top w:w="100" w:type="dxa"/>
              <w:left w:w="120" w:type="dxa"/>
              <w:bottom w:w="100" w:type="dxa"/>
              <w:right w:w="120" w:type="dxa"/>
            </w:tcMar>
            <w:vAlign w:val="bottom"/>
          </w:tcPr>
          <w:p w:rsidR="006A49C1" w:rsidRPr="00B96CAD" w:rsidRDefault="00D811B7" w:rsidP="00B96CAD">
            <w:pPr>
              <w:jc w:val="center"/>
              <w:rPr>
                <w:rFonts w:ascii="Times New Roman" w:hAnsi="Times New Roman" w:cs="Times New Roman"/>
                <w:sz w:val="20"/>
              </w:rPr>
            </w:pPr>
            <w:r w:rsidRPr="00B96CAD">
              <w:rPr>
                <w:rFonts w:ascii="Times New Roman" w:hAnsi="Times New Roman" w:cs="Times New Roman"/>
                <w:b/>
                <w:sz w:val="20"/>
              </w:rPr>
              <w:t>Daily Camp Hours</w:t>
            </w:r>
          </w:p>
        </w:tc>
        <w:tc>
          <w:tcPr>
            <w:tcW w:w="4968" w:type="dxa"/>
            <w:tcMar>
              <w:top w:w="100" w:type="dxa"/>
              <w:left w:w="120" w:type="dxa"/>
              <w:bottom w:w="100" w:type="dxa"/>
              <w:right w:w="120" w:type="dxa"/>
            </w:tcMar>
            <w:vAlign w:val="bottom"/>
          </w:tcPr>
          <w:p w:rsidR="006A49C1" w:rsidRPr="00B96CAD" w:rsidRDefault="00181429" w:rsidP="00B96CAD">
            <w:pPr>
              <w:jc w:val="center"/>
              <w:rPr>
                <w:rFonts w:ascii="Times New Roman" w:hAnsi="Times New Roman" w:cs="Times New Roman"/>
                <w:b/>
                <w:sz w:val="20"/>
              </w:rPr>
            </w:pPr>
            <w:r w:rsidRPr="00B96CAD">
              <w:rPr>
                <w:rFonts w:ascii="Times New Roman" w:hAnsi="Times New Roman" w:cs="Times New Roman"/>
                <w:b/>
                <w:sz w:val="20"/>
              </w:rPr>
              <w:t>9:00 AM – 2:00 PM</w:t>
            </w:r>
          </w:p>
        </w:tc>
      </w:tr>
      <w:tr w:rsidR="006A49C1" w:rsidRPr="00B96CAD" w:rsidTr="00B96CAD">
        <w:trPr>
          <w:trHeight w:val="465"/>
          <w:jc w:val="center"/>
        </w:trPr>
        <w:tc>
          <w:tcPr>
            <w:tcW w:w="4968" w:type="dxa"/>
            <w:shd w:val="clear" w:color="auto" w:fill="EAF0ED"/>
            <w:tcMar>
              <w:top w:w="100" w:type="dxa"/>
              <w:left w:w="120" w:type="dxa"/>
              <w:bottom w:w="100" w:type="dxa"/>
              <w:right w:w="120" w:type="dxa"/>
            </w:tcMar>
            <w:vAlign w:val="bottom"/>
          </w:tcPr>
          <w:p w:rsidR="006A49C1" w:rsidRPr="00B96CAD" w:rsidRDefault="00D811B7" w:rsidP="00B96CAD">
            <w:pPr>
              <w:jc w:val="center"/>
              <w:rPr>
                <w:rFonts w:ascii="Times New Roman" w:hAnsi="Times New Roman" w:cs="Times New Roman"/>
                <w:sz w:val="20"/>
              </w:rPr>
            </w:pPr>
            <w:r w:rsidRPr="00B96CAD">
              <w:rPr>
                <w:rFonts w:ascii="Times New Roman" w:hAnsi="Times New Roman" w:cs="Times New Roman"/>
                <w:b/>
                <w:sz w:val="20"/>
              </w:rPr>
              <w:t>Pick-Up Time</w:t>
            </w:r>
          </w:p>
        </w:tc>
        <w:tc>
          <w:tcPr>
            <w:tcW w:w="4968" w:type="dxa"/>
            <w:tcMar>
              <w:top w:w="100" w:type="dxa"/>
              <w:left w:w="120" w:type="dxa"/>
              <w:bottom w:w="100" w:type="dxa"/>
              <w:right w:w="120" w:type="dxa"/>
            </w:tcMar>
            <w:vAlign w:val="bottom"/>
          </w:tcPr>
          <w:p w:rsidR="006A49C1" w:rsidRPr="00B96CAD" w:rsidRDefault="00181429" w:rsidP="00B96CAD">
            <w:pPr>
              <w:jc w:val="center"/>
              <w:rPr>
                <w:rFonts w:ascii="Times New Roman" w:hAnsi="Times New Roman" w:cs="Times New Roman"/>
                <w:b/>
                <w:sz w:val="20"/>
              </w:rPr>
            </w:pPr>
            <w:r w:rsidRPr="00B96CAD">
              <w:rPr>
                <w:rFonts w:ascii="Times New Roman" w:hAnsi="Times New Roman" w:cs="Times New Roman"/>
                <w:b/>
                <w:sz w:val="20"/>
              </w:rPr>
              <w:t>2:00 PM</w:t>
            </w:r>
          </w:p>
        </w:tc>
      </w:tr>
    </w:tbl>
    <w:p w:rsidR="006A49C1" w:rsidRPr="00B96CAD" w:rsidRDefault="00D811B7">
      <w:pPr>
        <w:rPr>
          <w:rFonts w:ascii="Times New Roman" w:hAnsi="Times New Roman" w:cs="Times New Roman"/>
          <w:sz w:val="20"/>
        </w:rPr>
      </w:pPr>
      <w:r w:rsidRPr="00B96CAD">
        <w:rPr>
          <w:rFonts w:ascii="Times New Roman" w:hAnsi="Times New Roman" w:cs="Times New Roman"/>
          <w:sz w:val="20"/>
        </w:rPr>
        <w:br w:type="page"/>
      </w:r>
    </w:p>
    <w:p w:rsidR="006A49C1" w:rsidRPr="00B96CAD" w:rsidRDefault="00D811B7">
      <w:pPr>
        <w:pStyle w:val="Heading1"/>
        <w:rPr>
          <w:rFonts w:ascii="Times New Roman" w:hAnsi="Times New Roman" w:cs="Times New Roman"/>
          <w:sz w:val="28"/>
        </w:rPr>
      </w:pPr>
      <w:r w:rsidRPr="00B96CAD">
        <w:rPr>
          <w:rFonts w:ascii="Times New Roman" w:hAnsi="Times New Roman" w:cs="Times New Roman"/>
          <w:sz w:val="28"/>
        </w:rPr>
        <w:lastRenderedPageBreak/>
        <w:t>1. Welcome to Summer Woodworking Camp</w:t>
      </w:r>
    </w:p>
    <w:p w:rsidR="006A49C1" w:rsidRPr="00B96CAD" w:rsidRDefault="00D811B7">
      <w:pPr>
        <w:rPr>
          <w:rFonts w:ascii="Times New Roman" w:hAnsi="Times New Roman" w:cs="Times New Roman"/>
          <w:sz w:val="20"/>
        </w:rPr>
      </w:pPr>
      <w:r w:rsidRPr="00B96CAD">
        <w:rPr>
          <w:rFonts w:ascii="Times New Roman" w:hAnsi="Times New Roman" w:cs="Times New Roman"/>
          <w:sz w:val="20"/>
        </w:rPr>
        <w:t>Welcome to WorkbenchRVA Summer Woodworking Camp. This program is intended for students</w:t>
      </w:r>
      <w:r w:rsidRPr="00B96CAD">
        <w:rPr>
          <w:rFonts w:ascii="Times New Roman" w:hAnsi="Times New Roman" w:cs="Times New Roman"/>
          <w:sz w:val="20"/>
        </w:rPr>
        <w:t xml:space="preserve"> ages 12–17 who are interested in learning how things are designed, built, and assembled. Students will spend the week learning practical woodworking skills while working on hands-on projects in a real woodworking shop.</w:t>
      </w:r>
    </w:p>
    <w:p w:rsidR="006A49C1" w:rsidRPr="00B96CAD" w:rsidRDefault="00D811B7">
      <w:pPr>
        <w:rPr>
          <w:rFonts w:ascii="Times New Roman" w:hAnsi="Times New Roman" w:cs="Times New Roman"/>
          <w:sz w:val="20"/>
        </w:rPr>
      </w:pPr>
      <w:r w:rsidRPr="00B96CAD">
        <w:rPr>
          <w:rFonts w:ascii="Times New Roman" w:hAnsi="Times New Roman" w:cs="Times New Roman"/>
          <w:sz w:val="20"/>
        </w:rPr>
        <w:t>Each camp is a one-week session. Fam</w:t>
      </w:r>
      <w:r w:rsidRPr="00B96CAD">
        <w:rPr>
          <w:rFonts w:ascii="Times New Roman" w:hAnsi="Times New Roman" w:cs="Times New Roman"/>
          <w:sz w:val="20"/>
        </w:rPr>
        <w:t>ilies may register for one week or choose multiple weeks throughout the summer. Projects and activities may vary from week to week so that returning students can continue developing their skills rather than simply repeating the same experience.</w:t>
      </w:r>
    </w:p>
    <w:tbl>
      <w:tblPr>
        <w:tblW w:w="0" w:type="auto"/>
        <w:jc w:val="center"/>
        <w:tblLook w:val="04A0" w:firstRow="1" w:lastRow="0" w:firstColumn="1" w:lastColumn="0" w:noHBand="0" w:noVBand="1"/>
      </w:tblPr>
      <w:tblGrid>
        <w:gridCol w:w="9936"/>
      </w:tblGrid>
      <w:tr w:rsidR="006A49C1" w:rsidRPr="00B96CAD">
        <w:trPr>
          <w:jc w:val="center"/>
        </w:trPr>
        <w:tc>
          <w:tcPr>
            <w:tcW w:w="9936" w:type="dxa"/>
            <w:shd w:val="clear" w:color="auto" w:fill="EAF0ED"/>
            <w:tcMar>
              <w:top w:w="160" w:type="dxa"/>
              <w:left w:w="180" w:type="dxa"/>
              <w:bottom w:w="160" w:type="dxa"/>
              <w:right w:w="180" w:type="dxa"/>
            </w:tcMar>
          </w:tcPr>
          <w:p w:rsidR="006A49C1" w:rsidRPr="00B96CAD" w:rsidRDefault="00D811B7">
            <w:pPr>
              <w:rPr>
                <w:rFonts w:ascii="Times New Roman" w:hAnsi="Times New Roman" w:cs="Times New Roman"/>
                <w:sz w:val="20"/>
              </w:rPr>
            </w:pPr>
            <w:r w:rsidRPr="00B96CAD">
              <w:rPr>
                <w:rFonts w:ascii="Times New Roman" w:hAnsi="Times New Roman" w:cs="Times New Roman"/>
                <w:b/>
                <w:color w:val="2F5D50"/>
                <w:sz w:val="20"/>
              </w:rPr>
              <w:t>OUR PRIORIT</w:t>
            </w:r>
            <w:r w:rsidRPr="00B96CAD">
              <w:rPr>
                <w:rFonts w:ascii="Times New Roman" w:hAnsi="Times New Roman" w:cs="Times New Roman"/>
                <w:b/>
                <w:color w:val="2F5D50"/>
                <w:sz w:val="20"/>
              </w:rPr>
              <w:t>Y</w:t>
            </w:r>
            <w:r w:rsidRPr="00B96CAD">
              <w:rPr>
                <w:rFonts w:ascii="Times New Roman" w:hAnsi="Times New Roman" w:cs="Times New Roman"/>
                <w:sz w:val="20"/>
              </w:rPr>
              <w:br/>
              <w:t>The purpose of camp is not simply to send a project home. Students are here to learn how to work safely, use tools properly, solve problems, take pride in their work, and become responsible members of a working shop.</w:t>
            </w:r>
          </w:p>
        </w:tc>
      </w:tr>
    </w:tbl>
    <w:p w:rsidR="006A49C1" w:rsidRPr="00B96CAD" w:rsidRDefault="00D811B7">
      <w:pPr>
        <w:pStyle w:val="Heading1"/>
        <w:rPr>
          <w:rFonts w:ascii="Times New Roman" w:hAnsi="Times New Roman" w:cs="Times New Roman"/>
          <w:sz w:val="28"/>
        </w:rPr>
      </w:pPr>
      <w:r w:rsidRPr="00B96CAD">
        <w:rPr>
          <w:rFonts w:ascii="Times New Roman" w:hAnsi="Times New Roman" w:cs="Times New Roman"/>
          <w:sz w:val="28"/>
        </w:rPr>
        <w:t xml:space="preserve">2. </w:t>
      </w:r>
      <w:proofErr w:type="gramStart"/>
      <w:r w:rsidRPr="00B96CAD">
        <w:rPr>
          <w:rFonts w:ascii="Times New Roman" w:hAnsi="Times New Roman" w:cs="Times New Roman"/>
          <w:sz w:val="28"/>
        </w:rPr>
        <w:t>About</w:t>
      </w:r>
      <w:proofErr w:type="gramEnd"/>
      <w:r w:rsidRPr="00B96CAD">
        <w:rPr>
          <w:rFonts w:ascii="Times New Roman" w:hAnsi="Times New Roman" w:cs="Times New Roman"/>
          <w:sz w:val="28"/>
        </w:rPr>
        <w:t xml:space="preserve"> Your Instructor</w:t>
      </w:r>
    </w:p>
    <w:p w:rsidR="006A49C1" w:rsidRPr="00B96CAD" w:rsidRDefault="00D811B7">
      <w:pPr>
        <w:rPr>
          <w:rFonts w:ascii="Times New Roman" w:hAnsi="Times New Roman" w:cs="Times New Roman"/>
          <w:sz w:val="20"/>
        </w:rPr>
      </w:pPr>
      <w:r w:rsidRPr="00B96CAD">
        <w:rPr>
          <w:rFonts w:ascii="Times New Roman" w:hAnsi="Times New Roman" w:cs="Times New Roman"/>
          <w:sz w:val="20"/>
        </w:rPr>
        <w:t xml:space="preserve">Students </w:t>
      </w:r>
      <w:r w:rsidRPr="00B96CAD">
        <w:rPr>
          <w:rFonts w:ascii="Times New Roman" w:hAnsi="Times New Roman" w:cs="Times New Roman"/>
          <w:sz w:val="20"/>
        </w:rPr>
        <w:t>will be working under the direct supervision and instruction of an experienced woodworking professional. The instructor's experience includes approximately 15 years of woodworking, professional furniture and cabinetry work, operation and maintenance of woo</w:t>
      </w:r>
      <w:r w:rsidRPr="00B96CAD">
        <w:rPr>
          <w:rFonts w:ascii="Times New Roman" w:hAnsi="Times New Roman" w:cs="Times New Roman"/>
          <w:sz w:val="20"/>
        </w:rPr>
        <w:t>dworking machinery, project design and construction, and management of a working community woodshop.</w:t>
      </w:r>
    </w:p>
    <w:p w:rsidR="006A49C1" w:rsidRPr="00B96CAD" w:rsidRDefault="00D811B7">
      <w:pPr>
        <w:rPr>
          <w:rFonts w:ascii="Times New Roman" w:hAnsi="Times New Roman" w:cs="Times New Roman"/>
          <w:sz w:val="20"/>
        </w:rPr>
      </w:pPr>
      <w:r w:rsidRPr="00B96CAD">
        <w:rPr>
          <w:rFonts w:ascii="Times New Roman" w:hAnsi="Times New Roman" w:cs="Times New Roman"/>
          <w:sz w:val="20"/>
        </w:rPr>
        <w:t>The instructor also has a background in technology education and classroom instruction. This combination of professional woodworking experience and educati</w:t>
      </w:r>
      <w:r w:rsidRPr="00B96CAD">
        <w:rPr>
          <w:rFonts w:ascii="Times New Roman" w:hAnsi="Times New Roman" w:cs="Times New Roman"/>
          <w:sz w:val="20"/>
        </w:rPr>
        <w:t>on experience is intended to provide students with both practical shop skills and structured instruction.</w:t>
      </w:r>
    </w:p>
    <w:p w:rsidR="006A49C1" w:rsidRPr="00B96CAD" w:rsidRDefault="00D811B7">
      <w:pPr>
        <w:rPr>
          <w:rFonts w:ascii="Times New Roman" w:hAnsi="Times New Roman" w:cs="Times New Roman"/>
          <w:sz w:val="20"/>
        </w:rPr>
      </w:pPr>
      <w:r w:rsidRPr="00B96CAD">
        <w:rPr>
          <w:rFonts w:ascii="Times New Roman" w:hAnsi="Times New Roman" w:cs="Times New Roman"/>
          <w:sz w:val="20"/>
        </w:rPr>
        <w:t>Safety is treated as an essential part of woodworking instruction—not as an obstacle to getting the project finished. Students will be taught to under</w:t>
      </w:r>
      <w:r w:rsidRPr="00B96CAD">
        <w:rPr>
          <w:rFonts w:ascii="Times New Roman" w:hAnsi="Times New Roman" w:cs="Times New Roman"/>
          <w:sz w:val="20"/>
        </w:rPr>
        <w:t>stand the reason behind safety procedures so they can develop habits that remain useful long after camp ends.</w:t>
      </w:r>
    </w:p>
    <w:p w:rsidR="006A49C1" w:rsidRPr="00B96CAD" w:rsidRDefault="00D811B7">
      <w:pPr>
        <w:pStyle w:val="Heading1"/>
        <w:rPr>
          <w:rFonts w:ascii="Times New Roman" w:hAnsi="Times New Roman" w:cs="Times New Roman"/>
          <w:sz w:val="28"/>
        </w:rPr>
      </w:pPr>
      <w:r w:rsidRPr="00B96CAD">
        <w:rPr>
          <w:rFonts w:ascii="Times New Roman" w:hAnsi="Times New Roman" w:cs="Times New Roman"/>
          <w:sz w:val="28"/>
        </w:rPr>
        <w:t>3. What to Expect During Camp</w:t>
      </w:r>
    </w:p>
    <w:p w:rsidR="006A49C1" w:rsidRPr="00B96CAD" w:rsidRDefault="00D811B7">
      <w:pPr>
        <w:rPr>
          <w:rFonts w:ascii="Times New Roman" w:hAnsi="Times New Roman" w:cs="Times New Roman"/>
          <w:sz w:val="20"/>
        </w:rPr>
      </w:pPr>
      <w:r w:rsidRPr="00B96CAD">
        <w:rPr>
          <w:rFonts w:ascii="Times New Roman" w:hAnsi="Times New Roman" w:cs="Times New Roman"/>
          <w:sz w:val="20"/>
        </w:rPr>
        <w:t>A typical camp day will combine instructor demonstrations, guided hands-on work, individual practice, project constr</w:t>
      </w:r>
      <w:r w:rsidRPr="00B96CAD">
        <w:rPr>
          <w:rFonts w:ascii="Times New Roman" w:hAnsi="Times New Roman" w:cs="Times New Roman"/>
          <w:sz w:val="20"/>
        </w:rPr>
        <w:t>uction, breaks, and shop cleanup. The exact schedule may change depending on the project, student progress, and shop conditions.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8"/>
        <w:gridCol w:w="4968"/>
      </w:tblGrid>
      <w:tr w:rsidR="006A49C1" w:rsidRPr="00B96CAD" w:rsidTr="00B96CAD">
        <w:trPr>
          <w:jc w:val="center"/>
        </w:trPr>
        <w:tc>
          <w:tcPr>
            <w:tcW w:w="4968" w:type="dxa"/>
            <w:shd w:val="clear" w:color="auto" w:fill="2F5D50"/>
          </w:tcPr>
          <w:p w:rsidR="006A49C1" w:rsidRPr="00B96CAD" w:rsidRDefault="00D811B7">
            <w:pPr>
              <w:rPr>
                <w:rFonts w:ascii="Times New Roman" w:hAnsi="Times New Roman" w:cs="Times New Roman"/>
                <w:sz w:val="20"/>
              </w:rPr>
            </w:pPr>
            <w:r w:rsidRPr="00B96CAD">
              <w:rPr>
                <w:rFonts w:ascii="Times New Roman" w:hAnsi="Times New Roman" w:cs="Times New Roman"/>
                <w:b/>
                <w:color w:val="FFFFFF"/>
                <w:sz w:val="20"/>
              </w:rPr>
              <w:t>Typical Activity</w:t>
            </w:r>
          </w:p>
        </w:tc>
        <w:tc>
          <w:tcPr>
            <w:tcW w:w="4968" w:type="dxa"/>
            <w:shd w:val="clear" w:color="auto" w:fill="2F5D50"/>
          </w:tcPr>
          <w:p w:rsidR="006A49C1" w:rsidRPr="00B96CAD" w:rsidRDefault="00D811B7">
            <w:pPr>
              <w:rPr>
                <w:rFonts w:ascii="Times New Roman" w:hAnsi="Times New Roman" w:cs="Times New Roman"/>
                <w:sz w:val="20"/>
              </w:rPr>
            </w:pPr>
            <w:r w:rsidRPr="00B96CAD">
              <w:rPr>
                <w:rFonts w:ascii="Times New Roman" w:hAnsi="Times New Roman" w:cs="Times New Roman"/>
                <w:b/>
                <w:color w:val="FFFFFF"/>
                <w:sz w:val="20"/>
              </w:rPr>
              <w:t>What Students Can Expect</w:t>
            </w:r>
          </w:p>
        </w:tc>
      </w:tr>
      <w:tr w:rsidR="006A49C1" w:rsidRPr="00B96CAD" w:rsidTr="00B96CAD">
        <w:trPr>
          <w:jc w:val="center"/>
        </w:trPr>
        <w:tc>
          <w:tcPr>
            <w:tcW w:w="4968" w:type="dxa"/>
            <w:shd w:val="clear" w:color="auto" w:fill="EAF0ED"/>
            <w:tcMar>
              <w:top w:w="100" w:type="dxa"/>
              <w:left w:w="120" w:type="dxa"/>
              <w:bottom w:w="100" w:type="dxa"/>
              <w:right w:w="120" w:type="dxa"/>
            </w:tcMar>
          </w:tcPr>
          <w:p w:rsidR="006A49C1" w:rsidRPr="00B96CAD" w:rsidRDefault="00D811B7">
            <w:pPr>
              <w:rPr>
                <w:rFonts w:ascii="Times New Roman" w:hAnsi="Times New Roman" w:cs="Times New Roman"/>
                <w:sz w:val="20"/>
              </w:rPr>
            </w:pPr>
            <w:r w:rsidRPr="00B96CAD">
              <w:rPr>
                <w:rFonts w:ascii="Times New Roman" w:hAnsi="Times New Roman" w:cs="Times New Roman"/>
                <w:sz w:val="20"/>
              </w:rPr>
              <w:t>Arrival &amp; Preparation</w:t>
            </w:r>
          </w:p>
        </w:tc>
        <w:tc>
          <w:tcPr>
            <w:tcW w:w="4968" w:type="dxa"/>
            <w:tcMar>
              <w:top w:w="100" w:type="dxa"/>
              <w:left w:w="120" w:type="dxa"/>
              <w:bottom w:w="100" w:type="dxa"/>
              <w:right w:w="120" w:type="dxa"/>
            </w:tcMar>
          </w:tcPr>
          <w:p w:rsidR="006A49C1" w:rsidRPr="00B96CAD" w:rsidRDefault="00D811B7">
            <w:pPr>
              <w:rPr>
                <w:rFonts w:ascii="Times New Roman" w:hAnsi="Times New Roman" w:cs="Times New Roman"/>
                <w:sz w:val="20"/>
              </w:rPr>
            </w:pPr>
            <w:r w:rsidRPr="00B96CAD">
              <w:rPr>
                <w:rFonts w:ascii="Times New Roman" w:hAnsi="Times New Roman" w:cs="Times New Roman"/>
                <w:sz w:val="20"/>
              </w:rPr>
              <w:t>Students arrive, store belongings, prepare for the day, and re</w:t>
            </w:r>
            <w:r w:rsidRPr="00B96CAD">
              <w:rPr>
                <w:rFonts w:ascii="Times New Roman" w:hAnsi="Times New Roman" w:cs="Times New Roman"/>
                <w:sz w:val="20"/>
              </w:rPr>
              <w:t>view expectations.</w:t>
            </w:r>
          </w:p>
        </w:tc>
      </w:tr>
      <w:tr w:rsidR="006A49C1" w:rsidRPr="00B96CAD" w:rsidTr="00B96CAD">
        <w:trPr>
          <w:jc w:val="center"/>
        </w:trPr>
        <w:tc>
          <w:tcPr>
            <w:tcW w:w="4968" w:type="dxa"/>
            <w:shd w:val="clear" w:color="auto" w:fill="EAF0ED"/>
            <w:tcMar>
              <w:top w:w="100" w:type="dxa"/>
              <w:left w:w="120" w:type="dxa"/>
              <w:bottom w:w="100" w:type="dxa"/>
              <w:right w:w="120" w:type="dxa"/>
            </w:tcMar>
          </w:tcPr>
          <w:p w:rsidR="006A49C1" w:rsidRPr="00B96CAD" w:rsidRDefault="00D811B7">
            <w:pPr>
              <w:rPr>
                <w:rFonts w:ascii="Times New Roman" w:hAnsi="Times New Roman" w:cs="Times New Roman"/>
                <w:sz w:val="20"/>
              </w:rPr>
            </w:pPr>
            <w:r w:rsidRPr="00B96CAD">
              <w:rPr>
                <w:rFonts w:ascii="Times New Roman" w:hAnsi="Times New Roman" w:cs="Times New Roman"/>
                <w:sz w:val="20"/>
              </w:rPr>
              <w:t>Safety / Skill Instruction</w:t>
            </w:r>
          </w:p>
        </w:tc>
        <w:tc>
          <w:tcPr>
            <w:tcW w:w="4968" w:type="dxa"/>
            <w:tcMar>
              <w:top w:w="100" w:type="dxa"/>
              <w:left w:w="120" w:type="dxa"/>
              <w:bottom w:w="100" w:type="dxa"/>
              <w:right w:w="120" w:type="dxa"/>
            </w:tcMar>
          </w:tcPr>
          <w:p w:rsidR="006A49C1" w:rsidRPr="00B96CAD" w:rsidRDefault="00D811B7">
            <w:pPr>
              <w:rPr>
                <w:rFonts w:ascii="Times New Roman" w:hAnsi="Times New Roman" w:cs="Times New Roman"/>
                <w:sz w:val="20"/>
              </w:rPr>
            </w:pPr>
            <w:r w:rsidRPr="00B96CAD">
              <w:rPr>
                <w:rFonts w:ascii="Times New Roman" w:hAnsi="Times New Roman" w:cs="Times New Roman"/>
                <w:sz w:val="20"/>
              </w:rPr>
              <w:t>Demonstrations and instruction before students perform a new task.</w:t>
            </w:r>
          </w:p>
        </w:tc>
      </w:tr>
      <w:tr w:rsidR="006A49C1" w:rsidRPr="00B96CAD" w:rsidTr="00B96CAD">
        <w:trPr>
          <w:jc w:val="center"/>
        </w:trPr>
        <w:tc>
          <w:tcPr>
            <w:tcW w:w="4968" w:type="dxa"/>
            <w:shd w:val="clear" w:color="auto" w:fill="EAF0ED"/>
            <w:tcMar>
              <w:top w:w="100" w:type="dxa"/>
              <w:left w:w="120" w:type="dxa"/>
              <w:bottom w:w="100" w:type="dxa"/>
              <w:right w:w="120" w:type="dxa"/>
            </w:tcMar>
          </w:tcPr>
          <w:p w:rsidR="006A49C1" w:rsidRPr="00B96CAD" w:rsidRDefault="00D811B7">
            <w:pPr>
              <w:rPr>
                <w:rFonts w:ascii="Times New Roman" w:hAnsi="Times New Roman" w:cs="Times New Roman"/>
                <w:sz w:val="20"/>
              </w:rPr>
            </w:pPr>
            <w:r w:rsidRPr="00B96CAD">
              <w:rPr>
                <w:rFonts w:ascii="Times New Roman" w:hAnsi="Times New Roman" w:cs="Times New Roman"/>
                <w:sz w:val="20"/>
              </w:rPr>
              <w:t>Project Work</w:t>
            </w:r>
          </w:p>
        </w:tc>
        <w:tc>
          <w:tcPr>
            <w:tcW w:w="4968" w:type="dxa"/>
            <w:tcMar>
              <w:top w:w="100" w:type="dxa"/>
              <w:left w:w="120" w:type="dxa"/>
              <w:bottom w:w="100" w:type="dxa"/>
              <w:right w:w="120" w:type="dxa"/>
            </w:tcMar>
          </w:tcPr>
          <w:p w:rsidR="006A49C1" w:rsidRPr="00B96CAD" w:rsidRDefault="00D811B7">
            <w:pPr>
              <w:rPr>
                <w:rFonts w:ascii="Times New Roman" w:hAnsi="Times New Roman" w:cs="Times New Roman"/>
                <w:sz w:val="20"/>
              </w:rPr>
            </w:pPr>
            <w:r w:rsidRPr="00B96CAD">
              <w:rPr>
                <w:rFonts w:ascii="Times New Roman" w:hAnsi="Times New Roman" w:cs="Times New Roman"/>
                <w:sz w:val="20"/>
              </w:rPr>
              <w:t>Students work on their assigned project with instructor guidance and supervision.</w:t>
            </w:r>
          </w:p>
        </w:tc>
      </w:tr>
      <w:tr w:rsidR="006A49C1" w:rsidRPr="00B96CAD" w:rsidTr="00B96CAD">
        <w:trPr>
          <w:jc w:val="center"/>
        </w:trPr>
        <w:tc>
          <w:tcPr>
            <w:tcW w:w="4968" w:type="dxa"/>
            <w:shd w:val="clear" w:color="auto" w:fill="EAF0ED"/>
            <w:tcMar>
              <w:top w:w="100" w:type="dxa"/>
              <w:left w:w="120" w:type="dxa"/>
              <w:bottom w:w="100" w:type="dxa"/>
              <w:right w:w="120" w:type="dxa"/>
            </w:tcMar>
          </w:tcPr>
          <w:p w:rsidR="006A49C1" w:rsidRPr="00B96CAD" w:rsidRDefault="00D811B7">
            <w:pPr>
              <w:rPr>
                <w:rFonts w:ascii="Times New Roman" w:hAnsi="Times New Roman" w:cs="Times New Roman"/>
                <w:sz w:val="20"/>
              </w:rPr>
            </w:pPr>
            <w:r w:rsidRPr="00B96CAD">
              <w:rPr>
                <w:rFonts w:ascii="Times New Roman" w:hAnsi="Times New Roman" w:cs="Times New Roman"/>
                <w:sz w:val="20"/>
              </w:rPr>
              <w:t>Break / Lunch</w:t>
            </w:r>
          </w:p>
        </w:tc>
        <w:tc>
          <w:tcPr>
            <w:tcW w:w="4968" w:type="dxa"/>
            <w:tcMar>
              <w:top w:w="100" w:type="dxa"/>
              <w:left w:w="120" w:type="dxa"/>
              <w:bottom w:w="100" w:type="dxa"/>
              <w:right w:w="120" w:type="dxa"/>
            </w:tcMar>
          </w:tcPr>
          <w:p w:rsidR="006A49C1" w:rsidRPr="00B96CAD" w:rsidRDefault="00D811B7">
            <w:pPr>
              <w:rPr>
                <w:rFonts w:ascii="Times New Roman" w:hAnsi="Times New Roman" w:cs="Times New Roman"/>
                <w:sz w:val="20"/>
              </w:rPr>
            </w:pPr>
            <w:r w:rsidRPr="00B96CAD">
              <w:rPr>
                <w:rFonts w:ascii="Times New Roman" w:hAnsi="Times New Roman" w:cs="Times New Roman"/>
                <w:sz w:val="20"/>
              </w:rPr>
              <w:t xml:space="preserve">Students eat and drink only in </w:t>
            </w:r>
            <w:r w:rsidRPr="00B96CAD">
              <w:rPr>
                <w:rFonts w:ascii="Times New Roman" w:hAnsi="Times New Roman" w:cs="Times New Roman"/>
                <w:sz w:val="20"/>
              </w:rPr>
              <w:t>designated areas and during designated times.</w:t>
            </w:r>
          </w:p>
        </w:tc>
      </w:tr>
      <w:tr w:rsidR="006A49C1" w:rsidRPr="00B96CAD" w:rsidTr="00B96CAD">
        <w:trPr>
          <w:jc w:val="center"/>
        </w:trPr>
        <w:tc>
          <w:tcPr>
            <w:tcW w:w="4968" w:type="dxa"/>
            <w:shd w:val="clear" w:color="auto" w:fill="EAF0ED"/>
            <w:tcMar>
              <w:top w:w="100" w:type="dxa"/>
              <w:left w:w="120" w:type="dxa"/>
              <w:bottom w:w="100" w:type="dxa"/>
              <w:right w:w="120" w:type="dxa"/>
            </w:tcMar>
          </w:tcPr>
          <w:p w:rsidR="006A49C1" w:rsidRPr="00B96CAD" w:rsidRDefault="00D811B7">
            <w:pPr>
              <w:rPr>
                <w:rFonts w:ascii="Times New Roman" w:hAnsi="Times New Roman" w:cs="Times New Roman"/>
                <w:sz w:val="20"/>
              </w:rPr>
            </w:pPr>
            <w:r w:rsidRPr="00B96CAD">
              <w:rPr>
                <w:rFonts w:ascii="Times New Roman" w:hAnsi="Times New Roman" w:cs="Times New Roman"/>
                <w:sz w:val="20"/>
              </w:rPr>
              <w:lastRenderedPageBreak/>
              <w:t>Project Work</w:t>
            </w:r>
          </w:p>
        </w:tc>
        <w:tc>
          <w:tcPr>
            <w:tcW w:w="4968" w:type="dxa"/>
            <w:tcMar>
              <w:top w:w="100" w:type="dxa"/>
              <w:left w:w="120" w:type="dxa"/>
              <w:bottom w:w="100" w:type="dxa"/>
              <w:right w:w="120" w:type="dxa"/>
            </w:tcMar>
          </w:tcPr>
          <w:p w:rsidR="006A49C1" w:rsidRPr="00B96CAD" w:rsidRDefault="00D811B7">
            <w:pPr>
              <w:rPr>
                <w:rFonts w:ascii="Times New Roman" w:hAnsi="Times New Roman" w:cs="Times New Roman"/>
                <w:sz w:val="20"/>
              </w:rPr>
            </w:pPr>
            <w:r w:rsidRPr="00B96CAD">
              <w:rPr>
                <w:rFonts w:ascii="Times New Roman" w:hAnsi="Times New Roman" w:cs="Times New Roman"/>
                <w:sz w:val="20"/>
              </w:rPr>
              <w:t>Continued construction, assembly, problem-solving, and skill development.</w:t>
            </w:r>
          </w:p>
        </w:tc>
      </w:tr>
      <w:tr w:rsidR="006A49C1" w:rsidRPr="00B96CAD" w:rsidTr="00B96CAD">
        <w:trPr>
          <w:jc w:val="center"/>
        </w:trPr>
        <w:tc>
          <w:tcPr>
            <w:tcW w:w="4968" w:type="dxa"/>
            <w:shd w:val="clear" w:color="auto" w:fill="EAF0ED"/>
            <w:tcMar>
              <w:top w:w="100" w:type="dxa"/>
              <w:left w:w="120" w:type="dxa"/>
              <w:bottom w:w="100" w:type="dxa"/>
              <w:right w:w="120" w:type="dxa"/>
            </w:tcMar>
          </w:tcPr>
          <w:p w:rsidR="006A49C1" w:rsidRPr="00B96CAD" w:rsidRDefault="00D811B7">
            <w:pPr>
              <w:rPr>
                <w:rFonts w:ascii="Times New Roman" w:hAnsi="Times New Roman" w:cs="Times New Roman"/>
                <w:sz w:val="20"/>
              </w:rPr>
            </w:pPr>
            <w:r w:rsidRPr="00B96CAD">
              <w:rPr>
                <w:rFonts w:ascii="Times New Roman" w:hAnsi="Times New Roman" w:cs="Times New Roman"/>
                <w:sz w:val="20"/>
              </w:rPr>
              <w:t>Cleanup</w:t>
            </w:r>
          </w:p>
        </w:tc>
        <w:tc>
          <w:tcPr>
            <w:tcW w:w="4968" w:type="dxa"/>
            <w:tcMar>
              <w:top w:w="100" w:type="dxa"/>
              <w:left w:w="120" w:type="dxa"/>
              <w:bottom w:w="100" w:type="dxa"/>
              <w:right w:w="120" w:type="dxa"/>
            </w:tcMar>
          </w:tcPr>
          <w:p w:rsidR="006A49C1" w:rsidRPr="00B96CAD" w:rsidRDefault="00D811B7">
            <w:pPr>
              <w:rPr>
                <w:rFonts w:ascii="Times New Roman" w:hAnsi="Times New Roman" w:cs="Times New Roman"/>
                <w:sz w:val="20"/>
              </w:rPr>
            </w:pPr>
            <w:r w:rsidRPr="00B96CAD">
              <w:rPr>
                <w:rFonts w:ascii="Times New Roman" w:hAnsi="Times New Roman" w:cs="Times New Roman"/>
                <w:sz w:val="20"/>
              </w:rPr>
              <w:t>Students return tools, sweep work areas, organize materials, and leave the shop ready for the next day.</w:t>
            </w:r>
          </w:p>
        </w:tc>
      </w:tr>
    </w:tbl>
    <w:p w:rsidR="006A49C1" w:rsidRPr="00B96CAD" w:rsidRDefault="00D811B7">
      <w:pPr>
        <w:pStyle w:val="Heading1"/>
        <w:rPr>
          <w:rFonts w:ascii="Times New Roman" w:hAnsi="Times New Roman" w:cs="Times New Roman"/>
          <w:sz w:val="28"/>
        </w:rPr>
      </w:pPr>
      <w:r w:rsidRPr="00B96CAD">
        <w:rPr>
          <w:rFonts w:ascii="Times New Roman" w:hAnsi="Times New Roman" w:cs="Times New Roman"/>
          <w:sz w:val="28"/>
        </w:rPr>
        <w:t>4. Woodw</w:t>
      </w:r>
      <w:r w:rsidRPr="00B96CAD">
        <w:rPr>
          <w:rFonts w:ascii="Times New Roman" w:hAnsi="Times New Roman" w:cs="Times New Roman"/>
          <w:sz w:val="28"/>
        </w:rPr>
        <w:t>orking Is a Hands-On Activity With Real Risks</w:t>
      </w:r>
    </w:p>
    <w:p w:rsidR="006A49C1" w:rsidRPr="00B96CAD" w:rsidRDefault="00D811B7">
      <w:pPr>
        <w:rPr>
          <w:rFonts w:ascii="Times New Roman" w:hAnsi="Times New Roman" w:cs="Times New Roman"/>
          <w:sz w:val="20"/>
        </w:rPr>
      </w:pPr>
      <w:r w:rsidRPr="00B96CAD">
        <w:rPr>
          <w:rFonts w:ascii="Times New Roman" w:hAnsi="Times New Roman" w:cs="Times New Roman"/>
          <w:sz w:val="20"/>
        </w:rPr>
        <w:t>Woodworking is a rewarding activity, but it is not risk-free. Students may be exposed to hazards associated with hand tools, power tools, woodworking machinery, lumber, dust, noise, and the physical handling of</w:t>
      </w:r>
      <w:r w:rsidRPr="00B96CAD">
        <w:rPr>
          <w:rFonts w:ascii="Times New Roman" w:hAnsi="Times New Roman" w:cs="Times New Roman"/>
          <w:sz w:val="20"/>
        </w:rPr>
        <w:t xml:space="preserve"> materials. To avoid introducing additional chemical and fire hazards, WorkbenchRVA will not apply project finishes in the shop during camp.</w:t>
      </w:r>
    </w:p>
    <w:p w:rsidR="006A49C1" w:rsidRPr="00B96CAD" w:rsidRDefault="00D811B7">
      <w:pPr>
        <w:rPr>
          <w:rFonts w:ascii="Times New Roman" w:hAnsi="Times New Roman" w:cs="Times New Roman"/>
          <w:sz w:val="20"/>
        </w:rPr>
      </w:pPr>
      <w:r w:rsidRPr="00B96CAD">
        <w:rPr>
          <w:rFonts w:ascii="Times New Roman" w:hAnsi="Times New Roman" w:cs="Times New Roman"/>
          <w:sz w:val="20"/>
        </w:rPr>
        <w:t>Potential hazards can include:</w:t>
      </w:r>
    </w:p>
    <w:p w:rsidR="006A49C1" w:rsidRPr="00B96CAD" w:rsidRDefault="00D811B7">
      <w:pPr>
        <w:pStyle w:val="ListBullet"/>
        <w:spacing w:after="40"/>
        <w:rPr>
          <w:rFonts w:ascii="Times New Roman" w:hAnsi="Times New Roman" w:cs="Times New Roman"/>
          <w:sz w:val="20"/>
        </w:rPr>
      </w:pPr>
      <w:r w:rsidRPr="00B96CAD">
        <w:rPr>
          <w:rFonts w:ascii="Times New Roman" w:hAnsi="Times New Roman" w:cs="Times New Roman"/>
          <w:sz w:val="20"/>
        </w:rPr>
        <w:t>Cuts, punctures, and abrasions from sharp tools and materials.</w:t>
      </w:r>
    </w:p>
    <w:p w:rsidR="006A49C1" w:rsidRPr="00B96CAD" w:rsidRDefault="00D811B7">
      <w:pPr>
        <w:pStyle w:val="ListBullet"/>
        <w:spacing w:after="40"/>
        <w:rPr>
          <w:rFonts w:ascii="Times New Roman" w:hAnsi="Times New Roman" w:cs="Times New Roman"/>
          <w:sz w:val="20"/>
        </w:rPr>
      </w:pPr>
      <w:r w:rsidRPr="00B96CAD">
        <w:rPr>
          <w:rFonts w:ascii="Times New Roman" w:hAnsi="Times New Roman" w:cs="Times New Roman"/>
          <w:sz w:val="20"/>
        </w:rPr>
        <w:t>Flying chips, sawdust</w:t>
      </w:r>
      <w:r w:rsidRPr="00B96CAD">
        <w:rPr>
          <w:rFonts w:ascii="Times New Roman" w:hAnsi="Times New Roman" w:cs="Times New Roman"/>
          <w:sz w:val="20"/>
        </w:rPr>
        <w:t>, or other debris.</w:t>
      </w:r>
    </w:p>
    <w:p w:rsidR="006A49C1" w:rsidRPr="00B96CAD" w:rsidRDefault="00D811B7">
      <w:pPr>
        <w:pStyle w:val="ListBullet"/>
        <w:spacing w:after="40"/>
        <w:rPr>
          <w:rFonts w:ascii="Times New Roman" w:hAnsi="Times New Roman" w:cs="Times New Roman"/>
          <w:sz w:val="20"/>
        </w:rPr>
      </w:pPr>
      <w:r w:rsidRPr="00B96CAD">
        <w:rPr>
          <w:rFonts w:ascii="Times New Roman" w:hAnsi="Times New Roman" w:cs="Times New Roman"/>
          <w:sz w:val="20"/>
        </w:rPr>
        <w:t>Pinch points and crushing hazards.</w:t>
      </w:r>
    </w:p>
    <w:p w:rsidR="006A49C1" w:rsidRPr="00B96CAD" w:rsidRDefault="00D811B7">
      <w:pPr>
        <w:pStyle w:val="ListBullet"/>
        <w:spacing w:after="40"/>
        <w:rPr>
          <w:rFonts w:ascii="Times New Roman" w:hAnsi="Times New Roman" w:cs="Times New Roman"/>
          <w:sz w:val="20"/>
        </w:rPr>
      </w:pPr>
      <w:r w:rsidRPr="00B96CAD">
        <w:rPr>
          <w:rFonts w:ascii="Times New Roman" w:hAnsi="Times New Roman" w:cs="Times New Roman"/>
          <w:sz w:val="20"/>
        </w:rPr>
        <w:t>Cuts or other injuries associated with power tools and rotating machinery.</w:t>
      </w:r>
    </w:p>
    <w:p w:rsidR="006A49C1" w:rsidRPr="00B96CAD" w:rsidRDefault="00D811B7">
      <w:pPr>
        <w:pStyle w:val="ListBullet"/>
        <w:spacing w:after="40"/>
        <w:rPr>
          <w:rFonts w:ascii="Times New Roman" w:hAnsi="Times New Roman" w:cs="Times New Roman"/>
          <w:sz w:val="20"/>
        </w:rPr>
      </w:pPr>
      <w:r w:rsidRPr="00B96CAD">
        <w:rPr>
          <w:rFonts w:ascii="Times New Roman" w:hAnsi="Times New Roman" w:cs="Times New Roman"/>
          <w:sz w:val="20"/>
        </w:rPr>
        <w:t>Hearing hazards from loud equipment.</w:t>
      </w:r>
    </w:p>
    <w:p w:rsidR="006A49C1" w:rsidRPr="00B96CAD" w:rsidRDefault="00D811B7">
      <w:pPr>
        <w:pStyle w:val="ListBullet"/>
        <w:spacing w:after="40"/>
        <w:rPr>
          <w:rFonts w:ascii="Times New Roman" w:hAnsi="Times New Roman" w:cs="Times New Roman"/>
          <w:sz w:val="20"/>
        </w:rPr>
      </w:pPr>
      <w:r w:rsidRPr="00B96CAD">
        <w:rPr>
          <w:rFonts w:ascii="Times New Roman" w:hAnsi="Times New Roman" w:cs="Times New Roman"/>
          <w:sz w:val="20"/>
        </w:rPr>
        <w:t>Wood dust and airborne particles.</w:t>
      </w:r>
    </w:p>
    <w:p w:rsidR="006A49C1" w:rsidRPr="00B96CAD" w:rsidRDefault="00D811B7">
      <w:pPr>
        <w:pStyle w:val="ListBullet"/>
        <w:spacing w:after="40"/>
        <w:rPr>
          <w:rFonts w:ascii="Times New Roman" w:hAnsi="Times New Roman" w:cs="Times New Roman"/>
          <w:sz w:val="20"/>
        </w:rPr>
      </w:pPr>
      <w:r w:rsidRPr="00B96CAD">
        <w:rPr>
          <w:rFonts w:ascii="Times New Roman" w:hAnsi="Times New Roman" w:cs="Times New Roman"/>
          <w:sz w:val="20"/>
        </w:rPr>
        <w:t>Splinters and rough or sharp edges.</w:t>
      </w:r>
    </w:p>
    <w:p w:rsidR="006A49C1" w:rsidRPr="00B96CAD" w:rsidRDefault="00D811B7">
      <w:pPr>
        <w:pStyle w:val="ListBullet"/>
        <w:spacing w:after="40"/>
        <w:rPr>
          <w:rFonts w:ascii="Times New Roman" w:hAnsi="Times New Roman" w:cs="Times New Roman"/>
          <w:sz w:val="20"/>
        </w:rPr>
      </w:pPr>
      <w:r w:rsidRPr="00B96CAD">
        <w:rPr>
          <w:rFonts w:ascii="Times New Roman" w:hAnsi="Times New Roman" w:cs="Times New Roman"/>
          <w:sz w:val="20"/>
        </w:rPr>
        <w:t xml:space="preserve">Strains associated </w:t>
      </w:r>
      <w:r w:rsidRPr="00B96CAD">
        <w:rPr>
          <w:rFonts w:ascii="Times New Roman" w:hAnsi="Times New Roman" w:cs="Times New Roman"/>
          <w:sz w:val="20"/>
        </w:rPr>
        <w:t>with lifting or moving materials.</w:t>
      </w:r>
    </w:p>
    <w:p w:rsidR="006A49C1" w:rsidRPr="00B96CAD" w:rsidRDefault="00D811B7">
      <w:pPr>
        <w:pStyle w:val="ListBullet"/>
        <w:spacing w:after="40"/>
        <w:rPr>
          <w:rFonts w:ascii="Times New Roman" w:hAnsi="Times New Roman" w:cs="Times New Roman"/>
          <w:sz w:val="20"/>
        </w:rPr>
      </w:pPr>
      <w:r w:rsidRPr="00B96CAD">
        <w:rPr>
          <w:rFonts w:ascii="Times New Roman" w:hAnsi="Times New Roman" w:cs="Times New Roman"/>
          <w:sz w:val="20"/>
        </w:rPr>
        <w:t>Burns or other injuries from certain equipment or processes.</w:t>
      </w:r>
    </w:p>
    <w:p w:rsidR="006A49C1" w:rsidRPr="00B96CAD" w:rsidRDefault="00D811B7">
      <w:pPr>
        <w:pStyle w:val="ListBullet"/>
        <w:spacing w:after="40"/>
        <w:rPr>
          <w:rFonts w:ascii="Times New Roman" w:hAnsi="Times New Roman" w:cs="Times New Roman"/>
          <w:sz w:val="20"/>
        </w:rPr>
      </w:pPr>
      <w:r w:rsidRPr="00B96CAD">
        <w:rPr>
          <w:rFonts w:ascii="Times New Roman" w:hAnsi="Times New Roman" w:cs="Times New Roman"/>
          <w:sz w:val="20"/>
        </w:rPr>
        <w:t>Unexpected movement of a workpiece if it is improperly positioned, secured, or operated upon.</w:t>
      </w:r>
    </w:p>
    <w:tbl>
      <w:tblPr>
        <w:tblW w:w="0" w:type="auto"/>
        <w:jc w:val="center"/>
        <w:tblLook w:val="04A0" w:firstRow="1" w:lastRow="0" w:firstColumn="1" w:lastColumn="0" w:noHBand="0" w:noVBand="1"/>
      </w:tblPr>
      <w:tblGrid>
        <w:gridCol w:w="9936"/>
      </w:tblGrid>
      <w:tr w:rsidR="006A49C1" w:rsidRPr="00B96CAD">
        <w:trPr>
          <w:jc w:val="center"/>
        </w:trPr>
        <w:tc>
          <w:tcPr>
            <w:tcW w:w="9936" w:type="dxa"/>
            <w:shd w:val="clear" w:color="auto" w:fill="EAF0ED"/>
            <w:tcMar>
              <w:top w:w="160" w:type="dxa"/>
              <w:left w:w="180" w:type="dxa"/>
              <w:bottom w:w="160" w:type="dxa"/>
              <w:right w:w="180" w:type="dxa"/>
            </w:tcMar>
          </w:tcPr>
          <w:p w:rsidR="006A49C1" w:rsidRPr="00B96CAD" w:rsidRDefault="00D811B7">
            <w:pPr>
              <w:rPr>
                <w:rFonts w:ascii="Times New Roman" w:hAnsi="Times New Roman" w:cs="Times New Roman"/>
                <w:sz w:val="20"/>
              </w:rPr>
            </w:pPr>
            <w:r w:rsidRPr="00B96CAD">
              <w:rPr>
                <w:rFonts w:ascii="Times New Roman" w:hAnsi="Times New Roman" w:cs="Times New Roman"/>
                <w:b/>
                <w:color w:val="2F5D50"/>
                <w:sz w:val="20"/>
              </w:rPr>
              <w:t>SAFETY RULE</w:t>
            </w:r>
            <w:r w:rsidRPr="00B96CAD">
              <w:rPr>
                <w:rFonts w:ascii="Times New Roman" w:hAnsi="Times New Roman" w:cs="Times New Roman"/>
                <w:sz w:val="20"/>
              </w:rPr>
              <w:br/>
              <w:t>No student is expected to know how to use a tool simply</w:t>
            </w:r>
            <w:r w:rsidRPr="00B96CAD">
              <w:rPr>
                <w:rFonts w:ascii="Times New Roman" w:hAnsi="Times New Roman" w:cs="Times New Roman"/>
                <w:sz w:val="20"/>
              </w:rPr>
              <w:t xml:space="preserve"> because they have seen it used before. Students must receive instruction and permission before using equipment.</w:t>
            </w:r>
          </w:p>
        </w:tc>
      </w:tr>
    </w:tbl>
    <w:p w:rsidR="006A49C1" w:rsidRPr="00B96CAD" w:rsidRDefault="00D811B7">
      <w:pPr>
        <w:pStyle w:val="Heading1"/>
        <w:rPr>
          <w:rFonts w:ascii="Times New Roman" w:hAnsi="Times New Roman" w:cs="Times New Roman"/>
          <w:sz w:val="28"/>
        </w:rPr>
      </w:pPr>
      <w:r w:rsidRPr="00B96CAD">
        <w:rPr>
          <w:rFonts w:ascii="Times New Roman" w:hAnsi="Times New Roman" w:cs="Times New Roman"/>
          <w:sz w:val="28"/>
        </w:rPr>
        <w:t>5. Our Safety Philosophy</w:t>
      </w:r>
    </w:p>
    <w:p w:rsidR="006A49C1" w:rsidRPr="00B96CAD" w:rsidRDefault="00D811B7">
      <w:pPr>
        <w:rPr>
          <w:rFonts w:ascii="Times New Roman" w:hAnsi="Times New Roman" w:cs="Times New Roman"/>
          <w:sz w:val="20"/>
        </w:rPr>
      </w:pPr>
      <w:r w:rsidRPr="00B96CAD">
        <w:rPr>
          <w:rFonts w:ascii="Times New Roman" w:hAnsi="Times New Roman" w:cs="Times New Roman"/>
          <w:sz w:val="20"/>
        </w:rPr>
        <w:t>Every student will be taught that safe woodworking depends on three things: understanding the hazard, using the corr</w:t>
      </w:r>
      <w:r w:rsidRPr="00B96CAD">
        <w:rPr>
          <w:rFonts w:ascii="Times New Roman" w:hAnsi="Times New Roman" w:cs="Times New Roman"/>
          <w:sz w:val="20"/>
        </w:rPr>
        <w:t>ect procedure, and paying attention while performing the task.</w:t>
      </w:r>
    </w:p>
    <w:tbl>
      <w:tblPr>
        <w:tblW w:w="0" w:type="auto"/>
        <w:jc w:val="center"/>
        <w:tblLook w:val="04A0" w:firstRow="1" w:lastRow="0" w:firstColumn="1" w:lastColumn="0" w:noHBand="0" w:noVBand="1"/>
      </w:tblPr>
      <w:tblGrid>
        <w:gridCol w:w="9936"/>
      </w:tblGrid>
      <w:tr w:rsidR="006A49C1" w:rsidRPr="00B96CAD">
        <w:trPr>
          <w:jc w:val="center"/>
        </w:trPr>
        <w:tc>
          <w:tcPr>
            <w:tcW w:w="9936" w:type="dxa"/>
            <w:shd w:val="clear" w:color="auto" w:fill="EAF0ED"/>
            <w:tcMar>
              <w:top w:w="160" w:type="dxa"/>
              <w:left w:w="180" w:type="dxa"/>
              <w:bottom w:w="160" w:type="dxa"/>
              <w:right w:w="180" w:type="dxa"/>
            </w:tcMar>
          </w:tcPr>
          <w:p w:rsidR="006A49C1" w:rsidRPr="00B96CAD" w:rsidRDefault="00D811B7">
            <w:pPr>
              <w:rPr>
                <w:rFonts w:ascii="Times New Roman" w:hAnsi="Times New Roman" w:cs="Times New Roman"/>
                <w:sz w:val="20"/>
              </w:rPr>
            </w:pPr>
            <w:r w:rsidRPr="00B96CAD">
              <w:rPr>
                <w:rFonts w:ascii="Times New Roman" w:hAnsi="Times New Roman" w:cs="Times New Roman"/>
                <w:b/>
                <w:color w:val="2F5D50"/>
                <w:sz w:val="20"/>
              </w:rPr>
              <w:t>THE RULE THAT COMES FIRST</w:t>
            </w:r>
            <w:r w:rsidRPr="00B96CAD">
              <w:rPr>
                <w:rFonts w:ascii="Times New Roman" w:hAnsi="Times New Roman" w:cs="Times New Roman"/>
                <w:sz w:val="20"/>
              </w:rPr>
              <w:br/>
              <w:t>No project, deadline, piece of wood, or finished product is more important than the person working on it.</w:t>
            </w:r>
          </w:p>
        </w:tc>
      </w:tr>
    </w:tbl>
    <w:p w:rsidR="006A49C1" w:rsidRPr="00B96CAD" w:rsidRDefault="006A49C1">
      <w:pPr>
        <w:spacing w:after="40"/>
        <w:rPr>
          <w:rFonts w:ascii="Times New Roman" w:hAnsi="Times New Roman" w:cs="Times New Roman"/>
          <w:sz w:val="20"/>
        </w:rPr>
      </w:pPr>
    </w:p>
    <w:p w:rsidR="006A49C1" w:rsidRPr="00B96CAD" w:rsidRDefault="00D811B7">
      <w:pPr>
        <w:rPr>
          <w:rFonts w:ascii="Times New Roman" w:hAnsi="Times New Roman" w:cs="Times New Roman"/>
          <w:sz w:val="20"/>
        </w:rPr>
      </w:pPr>
      <w:r w:rsidRPr="00B96CAD">
        <w:rPr>
          <w:rFonts w:ascii="Times New Roman" w:hAnsi="Times New Roman" w:cs="Times New Roman"/>
          <w:sz w:val="20"/>
        </w:rPr>
        <w:t>Students are expected to stop immediately if they are unsur</w:t>
      </w:r>
      <w:r w:rsidRPr="00B96CAD">
        <w:rPr>
          <w:rFonts w:ascii="Times New Roman" w:hAnsi="Times New Roman" w:cs="Times New Roman"/>
          <w:sz w:val="20"/>
        </w:rPr>
        <w:t>e about a procedure, notice a problem, become distracted, or believe something is unsafe. Asking a question is always encouraged.</w:t>
      </w:r>
    </w:p>
    <w:p w:rsidR="006A49C1" w:rsidRPr="00B96CAD" w:rsidRDefault="00D811B7">
      <w:pPr>
        <w:pStyle w:val="Heading1"/>
        <w:rPr>
          <w:rFonts w:ascii="Times New Roman" w:hAnsi="Times New Roman" w:cs="Times New Roman"/>
          <w:sz w:val="28"/>
        </w:rPr>
      </w:pPr>
      <w:r w:rsidRPr="00B96CAD">
        <w:rPr>
          <w:rFonts w:ascii="Times New Roman" w:hAnsi="Times New Roman" w:cs="Times New Roman"/>
          <w:sz w:val="28"/>
        </w:rPr>
        <w:t>6. Required Shop Safety Rules</w:t>
      </w:r>
    </w:p>
    <w:p w:rsidR="006A49C1" w:rsidRPr="00B96CAD" w:rsidRDefault="00D811B7">
      <w:pPr>
        <w:pStyle w:val="ListNumber"/>
        <w:spacing w:after="60"/>
        <w:rPr>
          <w:rFonts w:ascii="Times New Roman" w:hAnsi="Times New Roman" w:cs="Times New Roman"/>
          <w:sz w:val="20"/>
        </w:rPr>
      </w:pPr>
      <w:r w:rsidRPr="00B96CAD">
        <w:rPr>
          <w:rFonts w:ascii="Times New Roman" w:hAnsi="Times New Roman" w:cs="Times New Roman"/>
          <w:sz w:val="20"/>
        </w:rPr>
        <w:t>Follow instructor directions the first time they are given.</w:t>
      </w:r>
    </w:p>
    <w:p w:rsidR="006A49C1" w:rsidRPr="00B96CAD" w:rsidRDefault="00D811B7">
      <w:pPr>
        <w:pStyle w:val="ListNumber"/>
        <w:spacing w:after="60"/>
        <w:rPr>
          <w:rFonts w:ascii="Times New Roman" w:hAnsi="Times New Roman" w:cs="Times New Roman"/>
          <w:sz w:val="20"/>
        </w:rPr>
      </w:pPr>
      <w:r w:rsidRPr="00B96CAD">
        <w:rPr>
          <w:rFonts w:ascii="Times New Roman" w:hAnsi="Times New Roman" w:cs="Times New Roman"/>
          <w:sz w:val="20"/>
        </w:rPr>
        <w:t>Never operate a machine or power too</w:t>
      </w:r>
      <w:r w:rsidRPr="00B96CAD">
        <w:rPr>
          <w:rFonts w:ascii="Times New Roman" w:hAnsi="Times New Roman" w:cs="Times New Roman"/>
          <w:sz w:val="20"/>
        </w:rPr>
        <w:t>l without permission and appropriate instruction.</w:t>
      </w:r>
    </w:p>
    <w:p w:rsidR="006A49C1" w:rsidRPr="00B96CAD" w:rsidRDefault="00D811B7">
      <w:pPr>
        <w:pStyle w:val="ListNumber"/>
        <w:spacing w:after="60"/>
        <w:rPr>
          <w:rFonts w:ascii="Times New Roman" w:hAnsi="Times New Roman" w:cs="Times New Roman"/>
          <w:sz w:val="20"/>
        </w:rPr>
      </w:pPr>
      <w:r w:rsidRPr="00B96CAD">
        <w:rPr>
          <w:rFonts w:ascii="Times New Roman" w:hAnsi="Times New Roman" w:cs="Times New Roman"/>
          <w:sz w:val="20"/>
        </w:rPr>
        <w:t>Keep hands, fingers, clothing, hair, and personal items away from moving machinery.</w:t>
      </w:r>
    </w:p>
    <w:p w:rsidR="006A49C1" w:rsidRPr="00B96CAD" w:rsidRDefault="00D811B7">
      <w:pPr>
        <w:pStyle w:val="ListNumber"/>
        <w:spacing w:after="60"/>
        <w:rPr>
          <w:rFonts w:ascii="Times New Roman" w:hAnsi="Times New Roman" w:cs="Times New Roman"/>
          <w:sz w:val="20"/>
        </w:rPr>
      </w:pPr>
      <w:r w:rsidRPr="00B96CAD">
        <w:rPr>
          <w:rFonts w:ascii="Times New Roman" w:hAnsi="Times New Roman" w:cs="Times New Roman"/>
          <w:sz w:val="20"/>
        </w:rPr>
        <w:t>Wear required personal protective equipment (PPE).</w:t>
      </w:r>
    </w:p>
    <w:p w:rsidR="006A49C1" w:rsidRPr="00B96CAD" w:rsidRDefault="00D811B7">
      <w:pPr>
        <w:pStyle w:val="ListNumber"/>
        <w:spacing w:after="60"/>
        <w:rPr>
          <w:rFonts w:ascii="Times New Roman" w:hAnsi="Times New Roman" w:cs="Times New Roman"/>
          <w:sz w:val="20"/>
        </w:rPr>
      </w:pPr>
      <w:r w:rsidRPr="00B96CAD">
        <w:rPr>
          <w:rFonts w:ascii="Times New Roman" w:hAnsi="Times New Roman" w:cs="Times New Roman"/>
          <w:sz w:val="20"/>
        </w:rPr>
        <w:t>Do not run, push, play, wrestle, or engage in horseplay anywhere in the</w:t>
      </w:r>
      <w:r w:rsidRPr="00B96CAD">
        <w:rPr>
          <w:rFonts w:ascii="Times New Roman" w:hAnsi="Times New Roman" w:cs="Times New Roman"/>
          <w:sz w:val="20"/>
        </w:rPr>
        <w:t xml:space="preserve"> shop.</w:t>
      </w:r>
    </w:p>
    <w:p w:rsidR="006A49C1" w:rsidRPr="00B96CAD" w:rsidRDefault="00D811B7">
      <w:pPr>
        <w:pStyle w:val="ListNumber"/>
        <w:spacing w:after="60"/>
        <w:rPr>
          <w:rFonts w:ascii="Times New Roman" w:hAnsi="Times New Roman" w:cs="Times New Roman"/>
          <w:sz w:val="20"/>
        </w:rPr>
      </w:pPr>
      <w:r w:rsidRPr="00B96CAD">
        <w:rPr>
          <w:rFonts w:ascii="Times New Roman" w:hAnsi="Times New Roman" w:cs="Times New Roman"/>
          <w:sz w:val="20"/>
        </w:rPr>
        <w:lastRenderedPageBreak/>
        <w:t>Do not distract another student who is using a tool or machinery.</w:t>
      </w:r>
    </w:p>
    <w:p w:rsidR="006A49C1" w:rsidRPr="00B96CAD" w:rsidRDefault="00D811B7">
      <w:pPr>
        <w:pStyle w:val="ListNumber"/>
        <w:spacing w:after="60"/>
        <w:rPr>
          <w:rFonts w:ascii="Times New Roman" w:hAnsi="Times New Roman" w:cs="Times New Roman"/>
          <w:sz w:val="20"/>
        </w:rPr>
      </w:pPr>
      <w:r w:rsidRPr="00B96CAD">
        <w:rPr>
          <w:rFonts w:ascii="Times New Roman" w:hAnsi="Times New Roman" w:cs="Times New Roman"/>
          <w:sz w:val="20"/>
        </w:rPr>
        <w:t>Never remove, bypass, defeat, or ignore a machine's safety device or guard.</w:t>
      </w:r>
    </w:p>
    <w:p w:rsidR="006A49C1" w:rsidRPr="00B96CAD" w:rsidRDefault="00D811B7">
      <w:pPr>
        <w:pStyle w:val="ListNumber"/>
        <w:spacing w:after="60"/>
        <w:rPr>
          <w:rFonts w:ascii="Times New Roman" w:hAnsi="Times New Roman" w:cs="Times New Roman"/>
          <w:sz w:val="20"/>
        </w:rPr>
      </w:pPr>
      <w:r w:rsidRPr="00B96CAD">
        <w:rPr>
          <w:rFonts w:ascii="Times New Roman" w:hAnsi="Times New Roman" w:cs="Times New Roman"/>
          <w:sz w:val="20"/>
        </w:rPr>
        <w:t>Never use a tool for a purpose for which it was not designed.</w:t>
      </w:r>
    </w:p>
    <w:p w:rsidR="006A49C1" w:rsidRPr="00B96CAD" w:rsidRDefault="00D811B7">
      <w:pPr>
        <w:pStyle w:val="ListNumber"/>
        <w:spacing w:after="60"/>
        <w:rPr>
          <w:rFonts w:ascii="Times New Roman" w:hAnsi="Times New Roman" w:cs="Times New Roman"/>
          <w:sz w:val="20"/>
        </w:rPr>
      </w:pPr>
      <w:r w:rsidRPr="00B96CAD">
        <w:rPr>
          <w:rFonts w:ascii="Times New Roman" w:hAnsi="Times New Roman" w:cs="Times New Roman"/>
          <w:sz w:val="20"/>
        </w:rPr>
        <w:t xml:space="preserve">Keep work areas reasonably clean and free of </w:t>
      </w:r>
      <w:r w:rsidRPr="00B96CAD">
        <w:rPr>
          <w:rFonts w:ascii="Times New Roman" w:hAnsi="Times New Roman" w:cs="Times New Roman"/>
          <w:sz w:val="20"/>
        </w:rPr>
        <w:t>unnecessary hazards.</w:t>
      </w:r>
    </w:p>
    <w:p w:rsidR="006A49C1" w:rsidRPr="00B96CAD" w:rsidRDefault="00D811B7">
      <w:pPr>
        <w:pStyle w:val="ListNumber"/>
        <w:spacing w:after="60"/>
        <w:rPr>
          <w:rFonts w:ascii="Times New Roman" w:hAnsi="Times New Roman" w:cs="Times New Roman"/>
          <w:sz w:val="20"/>
        </w:rPr>
      </w:pPr>
      <w:r w:rsidRPr="00B96CAD">
        <w:rPr>
          <w:rFonts w:ascii="Times New Roman" w:hAnsi="Times New Roman" w:cs="Times New Roman"/>
          <w:sz w:val="20"/>
        </w:rPr>
        <w:t>Report damaged tools, broken equipment, spills, injuries, and unsafe conditions immediately.</w:t>
      </w:r>
    </w:p>
    <w:p w:rsidR="006A49C1" w:rsidRPr="00B96CAD" w:rsidRDefault="00D811B7">
      <w:pPr>
        <w:pStyle w:val="ListNumber"/>
        <w:spacing w:after="60"/>
        <w:rPr>
          <w:rFonts w:ascii="Times New Roman" w:hAnsi="Times New Roman" w:cs="Times New Roman"/>
          <w:sz w:val="20"/>
        </w:rPr>
      </w:pPr>
      <w:r w:rsidRPr="00B96CAD">
        <w:rPr>
          <w:rFonts w:ascii="Times New Roman" w:hAnsi="Times New Roman" w:cs="Times New Roman"/>
          <w:sz w:val="20"/>
        </w:rPr>
        <w:t>Do not touch another student's project, tools, materials, or work area without permission.</w:t>
      </w:r>
    </w:p>
    <w:p w:rsidR="006A49C1" w:rsidRPr="00B96CAD" w:rsidRDefault="00D811B7">
      <w:pPr>
        <w:pStyle w:val="ListNumber"/>
        <w:spacing w:after="60"/>
        <w:rPr>
          <w:rFonts w:ascii="Times New Roman" w:hAnsi="Times New Roman" w:cs="Times New Roman"/>
          <w:sz w:val="20"/>
        </w:rPr>
      </w:pPr>
      <w:r w:rsidRPr="00B96CAD">
        <w:rPr>
          <w:rFonts w:ascii="Times New Roman" w:hAnsi="Times New Roman" w:cs="Times New Roman"/>
          <w:sz w:val="20"/>
        </w:rPr>
        <w:t>Stop work immediately when the instructor calls for</w:t>
      </w:r>
      <w:r w:rsidRPr="00B96CAD">
        <w:rPr>
          <w:rFonts w:ascii="Times New Roman" w:hAnsi="Times New Roman" w:cs="Times New Roman"/>
          <w:sz w:val="20"/>
        </w:rPr>
        <w:t xml:space="preserve"> attention or announces a safety stop.</w:t>
      </w:r>
    </w:p>
    <w:p w:rsidR="006A49C1" w:rsidRPr="00B96CAD" w:rsidRDefault="00D811B7">
      <w:pPr>
        <w:pStyle w:val="Heading1"/>
        <w:rPr>
          <w:rFonts w:ascii="Times New Roman" w:hAnsi="Times New Roman" w:cs="Times New Roman"/>
          <w:sz w:val="28"/>
        </w:rPr>
      </w:pPr>
      <w:r w:rsidRPr="00B96CAD">
        <w:rPr>
          <w:rFonts w:ascii="Times New Roman" w:hAnsi="Times New Roman" w:cs="Times New Roman"/>
          <w:sz w:val="28"/>
        </w:rPr>
        <w:t>7. Student Code of Conduct</w:t>
      </w:r>
    </w:p>
    <w:p w:rsidR="006A49C1" w:rsidRPr="00B96CAD" w:rsidRDefault="00D811B7">
      <w:pPr>
        <w:rPr>
          <w:rFonts w:ascii="Times New Roman" w:hAnsi="Times New Roman" w:cs="Times New Roman"/>
          <w:sz w:val="20"/>
        </w:rPr>
      </w:pPr>
      <w:r w:rsidRPr="00B96CAD">
        <w:rPr>
          <w:rFonts w:ascii="Times New Roman" w:hAnsi="Times New Roman" w:cs="Times New Roman"/>
          <w:sz w:val="20"/>
        </w:rPr>
        <w:t>A woodworking shop requires maturity, responsibility, and respect. Students are expected to behave in a manner that allows everyone to learn and work safely.</w:t>
      </w:r>
    </w:p>
    <w:tbl>
      <w:tblPr>
        <w:tblW w:w="0" w:type="auto"/>
        <w:jc w:val="center"/>
        <w:tblLook w:val="04A0" w:firstRow="1" w:lastRow="0" w:firstColumn="1" w:lastColumn="0" w:noHBand="0" w:noVBand="1"/>
      </w:tblPr>
      <w:tblGrid>
        <w:gridCol w:w="9936"/>
      </w:tblGrid>
      <w:tr w:rsidR="006A49C1" w:rsidRPr="00B96CAD">
        <w:trPr>
          <w:jc w:val="center"/>
        </w:trPr>
        <w:tc>
          <w:tcPr>
            <w:tcW w:w="9936" w:type="dxa"/>
            <w:shd w:val="clear" w:color="auto" w:fill="EAF0ED"/>
            <w:tcMar>
              <w:top w:w="160" w:type="dxa"/>
              <w:left w:w="180" w:type="dxa"/>
              <w:bottom w:w="160" w:type="dxa"/>
              <w:right w:w="180" w:type="dxa"/>
            </w:tcMar>
          </w:tcPr>
          <w:p w:rsidR="006A49C1" w:rsidRPr="00B96CAD" w:rsidRDefault="00D811B7">
            <w:pPr>
              <w:rPr>
                <w:rFonts w:ascii="Times New Roman" w:hAnsi="Times New Roman" w:cs="Times New Roman"/>
                <w:sz w:val="20"/>
              </w:rPr>
            </w:pPr>
            <w:r w:rsidRPr="00B96CAD">
              <w:rPr>
                <w:rFonts w:ascii="Times New Roman" w:hAnsi="Times New Roman" w:cs="Times New Roman"/>
                <w:b/>
                <w:color w:val="2F5D50"/>
                <w:sz w:val="20"/>
              </w:rPr>
              <w:t>STUDENTS ARE EXPECTED TO:</w:t>
            </w:r>
            <w:r w:rsidRPr="00B96CAD">
              <w:rPr>
                <w:rFonts w:ascii="Times New Roman" w:hAnsi="Times New Roman" w:cs="Times New Roman"/>
                <w:sz w:val="20"/>
              </w:rPr>
              <w:br/>
              <w:t>Be res</w:t>
            </w:r>
            <w:r w:rsidRPr="00B96CAD">
              <w:rPr>
                <w:rFonts w:ascii="Times New Roman" w:hAnsi="Times New Roman" w:cs="Times New Roman"/>
                <w:sz w:val="20"/>
              </w:rPr>
              <w:t>pectful. Be responsible. Be coachable. Be willing to learn. Be willing to ask questions. Take pride in their work.</w:t>
            </w:r>
          </w:p>
        </w:tc>
      </w:tr>
    </w:tbl>
    <w:p w:rsidR="006A49C1" w:rsidRPr="00B96CAD" w:rsidRDefault="006A49C1">
      <w:pPr>
        <w:spacing w:after="40"/>
        <w:rPr>
          <w:rFonts w:ascii="Times New Roman" w:hAnsi="Times New Roman" w:cs="Times New Roman"/>
          <w:sz w:val="20"/>
        </w:rPr>
      </w:pPr>
    </w:p>
    <w:p w:rsidR="006A49C1" w:rsidRPr="00B96CAD" w:rsidRDefault="00D811B7">
      <w:pPr>
        <w:pStyle w:val="ListBullet"/>
        <w:spacing w:after="40"/>
        <w:rPr>
          <w:rFonts w:ascii="Times New Roman" w:hAnsi="Times New Roman" w:cs="Times New Roman"/>
          <w:sz w:val="20"/>
        </w:rPr>
      </w:pPr>
      <w:r w:rsidRPr="00B96CAD">
        <w:rPr>
          <w:rFonts w:ascii="Times New Roman" w:hAnsi="Times New Roman" w:cs="Times New Roman"/>
          <w:sz w:val="20"/>
        </w:rPr>
        <w:t>Treat instructors, staff, classmates, and visitors with respect.</w:t>
      </w:r>
    </w:p>
    <w:p w:rsidR="006A49C1" w:rsidRPr="00B96CAD" w:rsidRDefault="00D811B7">
      <w:pPr>
        <w:pStyle w:val="ListBullet"/>
        <w:spacing w:after="40"/>
        <w:rPr>
          <w:rFonts w:ascii="Times New Roman" w:hAnsi="Times New Roman" w:cs="Times New Roman"/>
          <w:sz w:val="20"/>
        </w:rPr>
      </w:pPr>
      <w:r w:rsidRPr="00B96CAD">
        <w:rPr>
          <w:rFonts w:ascii="Times New Roman" w:hAnsi="Times New Roman" w:cs="Times New Roman"/>
          <w:sz w:val="20"/>
        </w:rPr>
        <w:t>Use appropriate language. Foul, abusive, threatening, or degrading languag</w:t>
      </w:r>
      <w:r w:rsidRPr="00B96CAD">
        <w:rPr>
          <w:rFonts w:ascii="Times New Roman" w:hAnsi="Times New Roman" w:cs="Times New Roman"/>
          <w:sz w:val="20"/>
        </w:rPr>
        <w:t>e is not permitted.</w:t>
      </w:r>
    </w:p>
    <w:p w:rsidR="006A49C1" w:rsidRPr="00B96CAD" w:rsidRDefault="00D811B7">
      <w:pPr>
        <w:pStyle w:val="ListBullet"/>
        <w:spacing w:after="40"/>
        <w:rPr>
          <w:rFonts w:ascii="Times New Roman" w:hAnsi="Times New Roman" w:cs="Times New Roman"/>
          <w:sz w:val="20"/>
        </w:rPr>
      </w:pPr>
      <w:r w:rsidRPr="00B96CAD">
        <w:rPr>
          <w:rFonts w:ascii="Times New Roman" w:hAnsi="Times New Roman" w:cs="Times New Roman"/>
          <w:sz w:val="20"/>
        </w:rPr>
        <w:t>No bullying, harassment, intimidation, hazing, fighting, threats, or discriminatory behavior.</w:t>
      </w:r>
    </w:p>
    <w:p w:rsidR="006A49C1" w:rsidRPr="00B96CAD" w:rsidRDefault="00D811B7">
      <w:pPr>
        <w:pStyle w:val="ListBullet"/>
        <w:spacing w:after="40"/>
        <w:rPr>
          <w:rFonts w:ascii="Times New Roman" w:hAnsi="Times New Roman" w:cs="Times New Roman"/>
          <w:sz w:val="20"/>
        </w:rPr>
      </w:pPr>
      <w:r w:rsidRPr="00B96CAD">
        <w:rPr>
          <w:rFonts w:ascii="Times New Roman" w:hAnsi="Times New Roman" w:cs="Times New Roman"/>
          <w:sz w:val="20"/>
        </w:rPr>
        <w:t>No horseplay or behavior intended to startle, distract, or interfere with another person working.</w:t>
      </w:r>
    </w:p>
    <w:p w:rsidR="006A49C1" w:rsidRPr="00B96CAD" w:rsidRDefault="00D811B7">
      <w:pPr>
        <w:pStyle w:val="ListBullet"/>
        <w:spacing w:after="40"/>
        <w:rPr>
          <w:rFonts w:ascii="Times New Roman" w:hAnsi="Times New Roman" w:cs="Times New Roman"/>
          <w:sz w:val="20"/>
        </w:rPr>
      </w:pPr>
      <w:r w:rsidRPr="00B96CAD">
        <w:rPr>
          <w:rFonts w:ascii="Times New Roman" w:hAnsi="Times New Roman" w:cs="Times New Roman"/>
          <w:sz w:val="20"/>
        </w:rPr>
        <w:t>Respect other people's projects, ideas, tool</w:t>
      </w:r>
      <w:r w:rsidRPr="00B96CAD">
        <w:rPr>
          <w:rFonts w:ascii="Times New Roman" w:hAnsi="Times New Roman" w:cs="Times New Roman"/>
          <w:sz w:val="20"/>
        </w:rPr>
        <w:t>s, materials, and personal space.</w:t>
      </w:r>
    </w:p>
    <w:p w:rsidR="006A49C1" w:rsidRPr="00B96CAD" w:rsidRDefault="00D811B7">
      <w:pPr>
        <w:pStyle w:val="ListBullet"/>
        <w:spacing w:after="40"/>
        <w:rPr>
          <w:rFonts w:ascii="Times New Roman" w:hAnsi="Times New Roman" w:cs="Times New Roman"/>
          <w:sz w:val="20"/>
        </w:rPr>
      </w:pPr>
      <w:r w:rsidRPr="00B96CAD">
        <w:rPr>
          <w:rFonts w:ascii="Times New Roman" w:hAnsi="Times New Roman" w:cs="Times New Roman"/>
          <w:sz w:val="20"/>
        </w:rPr>
        <w:t>Use phones and personal electronics only when permitted by the instructor.</w:t>
      </w:r>
    </w:p>
    <w:p w:rsidR="006A49C1" w:rsidRPr="00B96CAD" w:rsidRDefault="00D811B7">
      <w:pPr>
        <w:pStyle w:val="ListBullet"/>
        <w:spacing w:after="40"/>
        <w:rPr>
          <w:rFonts w:ascii="Times New Roman" w:hAnsi="Times New Roman" w:cs="Times New Roman"/>
          <w:sz w:val="20"/>
        </w:rPr>
      </w:pPr>
      <w:r w:rsidRPr="00B96CAD">
        <w:rPr>
          <w:rFonts w:ascii="Times New Roman" w:hAnsi="Times New Roman" w:cs="Times New Roman"/>
          <w:sz w:val="20"/>
        </w:rPr>
        <w:t>Take responsibility for mistakes and report them rather than attempting to hide them.</w:t>
      </w:r>
    </w:p>
    <w:p w:rsidR="006A49C1" w:rsidRPr="00B96CAD" w:rsidRDefault="00D811B7">
      <w:pPr>
        <w:pStyle w:val="ListBullet"/>
        <w:spacing w:after="40"/>
        <w:rPr>
          <w:rFonts w:ascii="Times New Roman" w:hAnsi="Times New Roman" w:cs="Times New Roman"/>
          <w:sz w:val="20"/>
        </w:rPr>
      </w:pPr>
      <w:r w:rsidRPr="00B96CAD">
        <w:rPr>
          <w:rFonts w:ascii="Times New Roman" w:hAnsi="Times New Roman" w:cs="Times New Roman"/>
          <w:sz w:val="20"/>
        </w:rPr>
        <w:t>Participate in cleanup and leave the shop in better condition</w:t>
      </w:r>
      <w:r w:rsidRPr="00B96CAD">
        <w:rPr>
          <w:rFonts w:ascii="Times New Roman" w:hAnsi="Times New Roman" w:cs="Times New Roman"/>
          <w:sz w:val="20"/>
        </w:rPr>
        <w:t xml:space="preserve"> than they found it.</w:t>
      </w:r>
    </w:p>
    <w:p w:rsidR="006A49C1" w:rsidRPr="00B96CAD" w:rsidRDefault="00D811B7">
      <w:pPr>
        <w:pStyle w:val="Heading1"/>
        <w:rPr>
          <w:rFonts w:ascii="Times New Roman" w:hAnsi="Times New Roman" w:cs="Times New Roman"/>
          <w:sz w:val="28"/>
        </w:rPr>
      </w:pPr>
      <w:r w:rsidRPr="00B96CAD">
        <w:rPr>
          <w:rFonts w:ascii="Times New Roman" w:hAnsi="Times New Roman" w:cs="Times New Roman"/>
          <w:sz w:val="28"/>
        </w:rPr>
        <w:t>8. Behavior &amp; Safety Intervention Policy</w:t>
      </w:r>
    </w:p>
    <w:p w:rsidR="006A49C1" w:rsidRPr="00B96CAD" w:rsidRDefault="00D811B7">
      <w:pPr>
        <w:rPr>
          <w:rFonts w:ascii="Times New Roman" w:hAnsi="Times New Roman" w:cs="Times New Roman"/>
          <w:sz w:val="20"/>
        </w:rPr>
      </w:pPr>
      <w:r w:rsidRPr="00B96CAD">
        <w:rPr>
          <w:rFonts w:ascii="Times New Roman" w:hAnsi="Times New Roman" w:cs="Times New Roman"/>
          <w:sz w:val="20"/>
        </w:rPr>
        <w:t>The instructor will make reasonable efforts to correct minor behavior issues through reminders and coaching. Repeated problems may result in parent/guardian contact.</w:t>
      </w:r>
    </w:p>
    <w:p w:rsidR="006A49C1" w:rsidRPr="00B96CAD" w:rsidRDefault="00D811B7">
      <w:pPr>
        <w:rPr>
          <w:rFonts w:ascii="Times New Roman" w:hAnsi="Times New Roman" w:cs="Times New Roman"/>
          <w:sz w:val="20"/>
        </w:rPr>
      </w:pPr>
      <w:r w:rsidRPr="00B96CAD">
        <w:rPr>
          <w:rFonts w:ascii="Times New Roman" w:hAnsi="Times New Roman" w:cs="Times New Roman"/>
          <w:sz w:val="20"/>
        </w:rPr>
        <w:t xml:space="preserve">Because this is a working </w:t>
      </w:r>
      <w:r w:rsidRPr="00B96CAD">
        <w:rPr>
          <w:rFonts w:ascii="Times New Roman" w:hAnsi="Times New Roman" w:cs="Times New Roman"/>
          <w:sz w:val="20"/>
        </w:rPr>
        <w:t>woodworking shop, certain behavior may require immediate action. A student may be removed from an activity, sent home, or dismissed from the program for serious or dangerous conduct, including:</w:t>
      </w:r>
    </w:p>
    <w:p w:rsidR="006A49C1" w:rsidRPr="00B96CAD" w:rsidRDefault="00D811B7">
      <w:pPr>
        <w:pStyle w:val="ListBullet"/>
        <w:spacing w:after="40"/>
        <w:rPr>
          <w:rFonts w:ascii="Times New Roman" w:hAnsi="Times New Roman" w:cs="Times New Roman"/>
          <w:sz w:val="20"/>
        </w:rPr>
      </w:pPr>
      <w:r w:rsidRPr="00B96CAD">
        <w:rPr>
          <w:rFonts w:ascii="Times New Roman" w:hAnsi="Times New Roman" w:cs="Times New Roman"/>
          <w:sz w:val="20"/>
        </w:rPr>
        <w:t>Deliberately misusing tools or machinery.</w:t>
      </w:r>
    </w:p>
    <w:p w:rsidR="006A49C1" w:rsidRPr="00B96CAD" w:rsidRDefault="00D811B7">
      <w:pPr>
        <w:pStyle w:val="ListBullet"/>
        <w:spacing w:after="40"/>
        <w:rPr>
          <w:rFonts w:ascii="Times New Roman" w:hAnsi="Times New Roman" w:cs="Times New Roman"/>
          <w:sz w:val="20"/>
        </w:rPr>
      </w:pPr>
      <w:r w:rsidRPr="00B96CAD">
        <w:rPr>
          <w:rFonts w:ascii="Times New Roman" w:hAnsi="Times New Roman" w:cs="Times New Roman"/>
          <w:sz w:val="20"/>
        </w:rPr>
        <w:t>Ignoring a direct sa</w:t>
      </w:r>
      <w:r w:rsidRPr="00B96CAD">
        <w:rPr>
          <w:rFonts w:ascii="Times New Roman" w:hAnsi="Times New Roman" w:cs="Times New Roman"/>
          <w:sz w:val="20"/>
        </w:rPr>
        <w:t>fety instruction.</w:t>
      </w:r>
    </w:p>
    <w:p w:rsidR="006A49C1" w:rsidRPr="00B96CAD" w:rsidRDefault="00D811B7">
      <w:pPr>
        <w:pStyle w:val="ListBullet"/>
        <w:spacing w:after="40"/>
        <w:rPr>
          <w:rFonts w:ascii="Times New Roman" w:hAnsi="Times New Roman" w:cs="Times New Roman"/>
          <w:sz w:val="20"/>
        </w:rPr>
      </w:pPr>
      <w:r w:rsidRPr="00B96CAD">
        <w:rPr>
          <w:rFonts w:ascii="Times New Roman" w:hAnsi="Times New Roman" w:cs="Times New Roman"/>
          <w:sz w:val="20"/>
        </w:rPr>
        <w:t>Intentionally defeating a safety device or procedure.</w:t>
      </w:r>
    </w:p>
    <w:p w:rsidR="006A49C1" w:rsidRPr="00B96CAD" w:rsidRDefault="00D811B7">
      <w:pPr>
        <w:pStyle w:val="ListBullet"/>
        <w:spacing w:after="40"/>
        <w:rPr>
          <w:rFonts w:ascii="Times New Roman" w:hAnsi="Times New Roman" w:cs="Times New Roman"/>
          <w:sz w:val="20"/>
        </w:rPr>
      </w:pPr>
      <w:r w:rsidRPr="00B96CAD">
        <w:rPr>
          <w:rFonts w:ascii="Times New Roman" w:hAnsi="Times New Roman" w:cs="Times New Roman"/>
          <w:sz w:val="20"/>
        </w:rPr>
        <w:t>Fighting, threats, intimidation, or physical aggression.</w:t>
      </w:r>
    </w:p>
    <w:p w:rsidR="006A49C1" w:rsidRPr="00B96CAD" w:rsidRDefault="00D811B7">
      <w:pPr>
        <w:pStyle w:val="ListBullet"/>
        <w:spacing w:after="40"/>
        <w:rPr>
          <w:rFonts w:ascii="Times New Roman" w:hAnsi="Times New Roman" w:cs="Times New Roman"/>
          <w:sz w:val="20"/>
        </w:rPr>
      </w:pPr>
      <w:r w:rsidRPr="00B96CAD">
        <w:rPr>
          <w:rFonts w:ascii="Times New Roman" w:hAnsi="Times New Roman" w:cs="Times New Roman"/>
          <w:sz w:val="20"/>
        </w:rPr>
        <w:t>Deliberately damaging shop property or another student's property.</w:t>
      </w:r>
    </w:p>
    <w:p w:rsidR="006A49C1" w:rsidRPr="00B96CAD" w:rsidRDefault="00D811B7">
      <w:pPr>
        <w:pStyle w:val="ListBullet"/>
        <w:spacing w:after="40"/>
        <w:rPr>
          <w:rFonts w:ascii="Times New Roman" w:hAnsi="Times New Roman" w:cs="Times New Roman"/>
          <w:sz w:val="20"/>
        </w:rPr>
      </w:pPr>
      <w:r w:rsidRPr="00B96CAD">
        <w:rPr>
          <w:rFonts w:ascii="Times New Roman" w:hAnsi="Times New Roman" w:cs="Times New Roman"/>
          <w:sz w:val="20"/>
        </w:rPr>
        <w:t>Stealing or intentionally taking another person's property.</w:t>
      </w:r>
    </w:p>
    <w:p w:rsidR="006A49C1" w:rsidRPr="00B96CAD" w:rsidRDefault="00D811B7">
      <w:pPr>
        <w:pStyle w:val="ListBullet"/>
        <w:spacing w:after="40"/>
        <w:rPr>
          <w:rFonts w:ascii="Times New Roman" w:hAnsi="Times New Roman" w:cs="Times New Roman"/>
          <w:sz w:val="20"/>
        </w:rPr>
      </w:pPr>
      <w:r w:rsidRPr="00B96CAD">
        <w:rPr>
          <w:rFonts w:ascii="Times New Roman" w:hAnsi="Times New Roman" w:cs="Times New Roman"/>
          <w:sz w:val="20"/>
        </w:rPr>
        <w:t>Possession or use of prohibited substances or other unsafe items.</w:t>
      </w:r>
    </w:p>
    <w:p w:rsidR="006A49C1" w:rsidRPr="00B96CAD" w:rsidRDefault="00D811B7">
      <w:pPr>
        <w:pStyle w:val="ListBullet"/>
        <w:spacing w:after="40"/>
        <w:rPr>
          <w:rFonts w:ascii="Times New Roman" w:hAnsi="Times New Roman" w:cs="Times New Roman"/>
          <w:sz w:val="20"/>
        </w:rPr>
      </w:pPr>
      <w:r w:rsidRPr="00B96CAD">
        <w:rPr>
          <w:rFonts w:ascii="Times New Roman" w:hAnsi="Times New Roman" w:cs="Times New Roman"/>
          <w:sz w:val="20"/>
        </w:rPr>
        <w:t>Repeated behavior that prevents other students from learning or creates an unsafe environment.</w:t>
      </w:r>
    </w:p>
    <w:tbl>
      <w:tblPr>
        <w:tblW w:w="0" w:type="auto"/>
        <w:jc w:val="center"/>
        <w:tblLook w:val="04A0" w:firstRow="1" w:lastRow="0" w:firstColumn="1" w:lastColumn="0" w:noHBand="0" w:noVBand="1"/>
      </w:tblPr>
      <w:tblGrid>
        <w:gridCol w:w="9936"/>
      </w:tblGrid>
      <w:tr w:rsidR="006A49C1" w:rsidRPr="00B96CAD">
        <w:trPr>
          <w:jc w:val="center"/>
        </w:trPr>
        <w:tc>
          <w:tcPr>
            <w:tcW w:w="9936" w:type="dxa"/>
            <w:shd w:val="clear" w:color="auto" w:fill="F5ECEC"/>
            <w:tcMar>
              <w:top w:w="160" w:type="dxa"/>
              <w:left w:w="180" w:type="dxa"/>
              <w:bottom w:w="160" w:type="dxa"/>
              <w:right w:w="180" w:type="dxa"/>
            </w:tcMar>
          </w:tcPr>
          <w:p w:rsidR="006A49C1" w:rsidRPr="00B96CAD" w:rsidRDefault="00D811B7">
            <w:pPr>
              <w:rPr>
                <w:rFonts w:ascii="Times New Roman" w:hAnsi="Times New Roman" w:cs="Times New Roman"/>
                <w:sz w:val="20"/>
              </w:rPr>
            </w:pPr>
            <w:r w:rsidRPr="00B96CAD">
              <w:rPr>
                <w:rFonts w:ascii="Times New Roman" w:hAnsi="Times New Roman" w:cs="Times New Roman"/>
                <w:b/>
                <w:color w:val="2F5D50"/>
                <w:sz w:val="20"/>
              </w:rPr>
              <w:t>PARENT PARTNERSHIP</w:t>
            </w:r>
            <w:r w:rsidRPr="00B96CAD">
              <w:rPr>
                <w:rFonts w:ascii="Times New Roman" w:hAnsi="Times New Roman" w:cs="Times New Roman"/>
                <w:sz w:val="20"/>
              </w:rPr>
              <w:br/>
              <w:t>If a behavioral issue becomes significant, the instructor will communicate w</w:t>
            </w:r>
            <w:r w:rsidRPr="00B96CAD">
              <w:rPr>
                <w:rFonts w:ascii="Times New Roman" w:hAnsi="Times New Roman" w:cs="Times New Roman"/>
                <w:sz w:val="20"/>
              </w:rPr>
              <w:t>ith the parent or guardian. Our goal is to correct problems early while maintaining a safe and respectful environment for every student.</w:t>
            </w:r>
          </w:p>
        </w:tc>
      </w:tr>
    </w:tbl>
    <w:p w:rsidR="006A49C1" w:rsidRPr="00B96CAD" w:rsidRDefault="00D811B7">
      <w:pPr>
        <w:pStyle w:val="Heading1"/>
        <w:rPr>
          <w:rFonts w:ascii="Times New Roman" w:hAnsi="Times New Roman" w:cs="Times New Roman"/>
          <w:sz w:val="28"/>
        </w:rPr>
      </w:pPr>
      <w:r w:rsidRPr="00B96CAD">
        <w:rPr>
          <w:rFonts w:ascii="Times New Roman" w:hAnsi="Times New Roman" w:cs="Times New Roman"/>
          <w:sz w:val="28"/>
        </w:rPr>
        <w:lastRenderedPageBreak/>
        <w:t>9. Personal Protective Equipment</w:t>
      </w:r>
    </w:p>
    <w:p w:rsidR="006A49C1" w:rsidRPr="00B96CAD" w:rsidRDefault="00D811B7">
      <w:pPr>
        <w:rPr>
          <w:rFonts w:ascii="Times New Roman" w:hAnsi="Times New Roman" w:cs="Times New Roman"/>
          <w:sz w:val="20"/>
        </w:rPr>
      </w:pPr>
      <w:r w:rsidRPr="00B96CAD">
        <w:rPr>
          <w:rFonts w:ascii="Times New Roman" w:hAnsi="Times New Roman" w:cs="Times New Roman"/>
          <w:sz w:val="20"/>
        </w:rPr>
        <w:t xml:space="preserve">Appropriate PPE will be required for activities where it is necessary. Depending on </w:t>
      </w:r>
      <w:r w:rsidRPr="00B96CAD">
        <w:rPr>
          <w:rFonts w:ascii="Times New Roman" w:hAnsi="Times New Roman" w:cs="Times New Roman"/>
          <w:sz w:val="20"/>
        </w:rPr>
        <w:t>the task, this may include:</w:t>
      </w:r>
    </w:p>
    <w:p w:rsidR="006A49C1" w:rsidRPr="00B96CAD" w:rsidRDefault="00D811B7">
      <w:pPr>
        <w:pStyle w:val="ListBullet"/>
        <w:spacing w:after="40"/>
        <w:rPr>
          <w:rFonts w:ascii="Times New Roman" w:hAnsi="Times New Roman" w:cs="Times New Roman"/>
          <w:sz w:val="20"/>
        </w:rPr>
      </w:pPr>
      <w:r w:rsidRPr="00B96CAD">
        <w:rPr>
          <w:rFonts w:ascii="Times New Roman" w:hAnsi="Times New Roman" w:cs="Times New Roman"/>
          <w:sz w:val="20"/>
        </w:rPr>
        <w:t>Safety glasses or other appropriate eye protection.</w:t>
      </w:r>
    </w:p>
    <w:p w:rsidR="006A49C1" w:rsidRPr="00B96CAD" w:rsidRDefault="00D811B7">
      <w:pPr>
        <w:pStyle w:val="ListBullet"/>
        <w:spacing w:after="40"/>
        <w:rPr>
          <w:rFonts w:ascii="Times New Roman" w:hAnsi="Times New Roman" w:cs="Times New Roman"/>
          <w:sz w:val="20"/>
        </w:rPr>
      </w:pPr>
      <w:r w:rsidRPr="00B96CAD">
        <w:rPr>
          <w:rFonts w:ascii="Times New Roman" w:hAnsi="Times New Roman" w:cs="Times New Roman"/>
          <w:sz w:val="20"/>
        </w:rPr>
        <w:t>Hearing protection around loud machinery.</w:t>
      </w:r>
    </w:p>
    <w:p w:rsidR="006A49C1" w:rsidRPr="00B96CAD" w:rsidRDefault="00D811B7">
      <w:pPr>
        <w:pStyle w:val="ListBullet"/>
        <w:spacing w:after="40"/>
        <w:rPr>
          <w:rFonts w:ascii="Times New Roman" w:hAnsi="Times New Roman" w:cs="Times New Roman"/>
          <w:sz w:val="20"/>
        </w:rPr>
      </w:pPr>
      <w:r w:rsidRPr="00B96CAD">
        <w:rPr>
          <w:rFonts w:ascii="Times New Roman" w:hAnsi="Times New Roman" w:cs="Times New Roman"/>
          <w:sz w:val="20"/>
        </w:rPr>
        <w:t>Dust protection when appropriate.</w:t>
      </w:r>
    </w:p>
    <w:p w:rsidR="006A49C1" w:rsidRPr="00B96CAD" w:rsidRDefault="00D811B7">
      <w:pPr>
        <w:pStyle w:val="ListBullet"/>
        <w:spacing w:after="40"/>
        <w:rPr>
          <w:rFonts w:ascii="Times New Roman" w:hAnsi="Times New Roman" w:cs="Times New Roman"/>
          <w:sz w:val="20"/>
        </w:rPr>
      </w:pPr>
      <w:r w:rsidRPr="00B96CAD">
        <w:rPr>
          <w:rFonts w:ascii="Times New Roman" w:hAnsi="Times New Roman" w:cs="Times New Roman"/>
          <w:sz w:val="20"/>
        </w:rPr>
        <w:t>Other task-specific protective equipment as determined by the instructor.</w:t>
      </w:r>
    </w:p>
    <w:p w:rsidR="006A49C1" w:rsidRPr="00B96CAD" w:rsidRDefault="00D811B7">
      <w:pPr>
        <w:rPr>
          <w:rFonts w:ascii="Times New Roman" w:hAnsi="Times New Roman" w:cs="Times New Roman"/>
          <w:sz w:val="20"/>
        </w:rPr>
      </w:pPr>
      <w:r w:rsidRPr="00B96CAD">
        <w:rPr>
          <w:rFonts w:ascii="Times New Roman" w:hAnsi="Times New Roman" w:cs="Times New Roman"/>
          <w:sz w:val="20"/>
        </w:rPr>
        <w:t>Students may bring their o</w:t>
      </w:r>
      <w:r w:rsidRPr="00B96CAD">
        <w:rPr>
          <w:rFonts w:ascii="Times New Roman" w:hAnsi="Times New Roman" w:cs="Times New Roman"/>
          <w:sz w:val="20"/>
        </w:rPr>
        <w:t>wn properly rated safety equipment if they prefer, but personal equipment must be approved by the instructor before use.</w:t>
      </w:r>
    </w:p>
    <w:p w:rsidR="006A49C1" w:rsidRPr="00B96CAD" w:rsidRDefault="00D811B7">
      <w:pPr>
        <w:pStyle w:val="Heading1"/>
        <w:rPr>
          <w:rFonts w:ascii="Times New Roman" w:hAnsi="Times New Roman" w:cs="Times New Roman"/>
          <w:sz w:val="28"/>
        </w:rPr>
      </w:pPr>
      <w:r w:rsidRPr="00B96CAD">
        <w:rPr>
          <w:rFonts w:ascii="Times New Roman" w:hAnsi="Times New Roman" w:cs="Times New Roman"/>
          <w:sz w:val="28"/>
        </w:rPr>
        <w:t>10. What Students Should Wear</w:t>
      </w:r>
    </w:p>
    <w:p w:rsidR="006A49C1" w:rsidRPr="00B96CAD" w:rsidRDefault="00D811B7">
      <w:pPr>
        <w:pStyle w:val="ListBullet"/>
        <w:spacing w:after="40"/>
        <w:rPr>
          <w:rFonts w:ascii="Times New Roman" w:hAnsi="Times New Roman" w:cs="Times New Roman"/>
          <w:sz w:val="20"/>
        </w:rPr>
      </w:pPr>
      <w:r w:rsidRPr="00B96CAD">
        <w:rPr>
          <w:rFonts w:ascii="Times New Roman" w:hAnsi="Times New Roman" w:cs="Times New Roman"/>
          <w:sz w:val="20"/>
        </w:rPr>
        <w:t>Closed-toe shoes are required every day.</w:t>
      </w:r>
    </w:p>
    <w:p w:rsidR="006A49C1" w:rsidRPr="00B96CAD" w:rsidRDefault="00D811B7">
      <w:pPr>
        <w:pStyle w:val="ListBullet"/>
        <w:spacing w:after="40"/>
        <w:rPr>
          <w:rFonts w:ascii="Times New Roman" w:hAnsi="Times New Roman" w:cs="Times New Roman"/>
          <w:sz w:val="20"/>
        </w:rPr>
      </w:pPr>
      <w:r w:rsidRPr="00B96CAD">
        <w:rPr>
          <w:rFonts w:ascii="Times New Roman" w:hAnsi="Times New Roman" w:cs="Times New Roman"/>
          <w:sz w:val="20"/>
        </w:rPr>
        <w:t>Comfortable clothing suitable for physical work.</w:t>
      </w:r>
    </w:p>
    <w:p w:rsidR="006A49C1" w:rsidRPr="00B96CAD" w:rsidRDefault="00D811B7">
      <w:pPr>
        <w:pStyle w:val="ListBullet"/>
        <w:spacing w:after="40"/>
        <w:rPr>
          <w:rFonts w:ascii="Times New Roman" w:hAnsi="Times New Roman" w:cs="Times New Roman"/>
          <w:sz w:val="20"/>
        </w:rPr>
      </w:pPr>
      <w:r w:rsidRPr="00B96CAD">
        <w:rPr>
          <w:rFonts w:ascii="Times New Roman" w:hAnsi="Times New Roman" w:cs="Times New Roman"/>
          <w:sz w:val="20"/>
        </w:rPr>
        <w:t xml:space="preserve">Clothing that </w:t>
      </w:r>
      <w:r w:rsidRPr="00B96CAD">
        <w:rPr>
          <w:rFonts w:ascii="Times New Roman" w:hAnsi="Times New Roman" w:cs="Times New Roman"/>
          <w:sz w:val="20"/>
        </w:rPr>
        <w:t>is not excessively loose or likely to become caught in machinery.</w:t>
      </w:r>
    </w:p>
    <w:p w:rsidR="006A49C1" w:rsidRPr="00B96CAD" w:rsidRDefault="00D811B7">
      <w:pPr>
        <w:pStyle w:val="ListBullet"/>
        <w:spacing w:after="40"/>
        <w:rPr>
          <w:rFonts w:ascii="Times New Roman" w:hAnsi="Times New Roman" w:cs="Times New Roman"/>
          <w:sz w:val="20"/>
        </w:rPr>
      </w:pPr>
      <w:r w:rsidRPr="00B96CAD">
        <w:rPr>
          <w:rFonts w:ascii="Times New Roman" w:hAnsi="Times New Roman" w:cs="Times New Roman"/>
          <w:sz w:val="20"/>
        </w:rPr>
        <w:t>Long hair must be tied back when working around machinery.</w:t>
      </w:r>
    </w:p>
    <w:p w:rsidR="006A49C1" w:rsidRPr="00B96CAD" w:rsidRDefault="00D811B7">
      <w:pPr>
        <w:pStyle w:val="ListBullet"/>
        <w:spacing w:after="40"/>
        <w:rPr>
          <w:rFonts w:ascii="Times New Roman" w:hAnsi="Times New Roman" w:cs="Times New Roman"/>
          <w:sz w:val="20"/>
        </w:rPr>
      </w:pPr>
      <w:r w:rsidRPr="00B96CAD">
        <w:rPr>
          <w:rFonts w:ascii="Times New Roman" w:hAnsi="Times New Roman" w:cs="Times New Roman"/>
          <w:sz w:val="20"/>
        </w:rPr>
        <w:t>Remove dangling jewelry and accessories before working.</w:t>
      </w:r>
    </w:p>
    <w:p w:rsidR="006A49C1" w:rsidRPr="00B96CAD" w:rsidRDefault="00D811B7">
      <w:pPr>
        <w:pStyle w:val="ListBullet"/>
        <w:spacing w:after="40"/>
        <w:rPr>
          <w:rFonts w:ascii="Times New Roman" w:hAnsi="Times New Roman" w:cs="Times New Roman"/>
          <w:sz w:val="20"/>
        </w:rPr>
      </w:pPr>
      <w:r w:rsidRPr="00B96CAD">
        <w:rPr>
          <w:rFonts w:ascii="Times New Roman" w:hAnsi="Times New Roman" w:cs="Times New Roman"/>
          <w:sz w:val="20"/>
        </w:rPr>
        <w:t>Students should expect clothing to become dusty or dirty. Clothing that par</w:t>
      </w:r>
      <w:r w:rsidRPr="00B96CAD">
        <w:rPr>
          <w:rFonts w:ascii="Times New Roman" w:hAnsi="Times New Roman" w:cs="Times New Roman"/>
          <w:sz w:val="20"/>
        </w:rPr>
        <w:t>ents would not mind getting marked by a woodworking shop is recommended.</w:t>
      </w:r>
    </w:p>
    <w:p w:rsidR="006A49C1" w:rsidRPr="00B96CAD" w:rsidRDefault="00D811B7">
      <w:pPr>
        <w:pStyle w:val="Heading1"/>
        <w:rPr>
          <w:rFonts w:ascii="Times New Roman" w:hAnsi="Times New Roman" w:cs="Times New Roman"/>
          <w:sz w:val="32"/>
        </w:rPr>
      </w:pPr>
      <w:r w:rsidRPr="00B96CAD">
        <w:rPr>
          <w:rFonts w:ascii="Times New Roman" w:hAnsi="Times New Roman" w:cs="Times New Roman"/>
          <w:sz w:val="28"/>
        </w:rPr>
        <w:t>11. Food, Water &amp; Breaks</w:t>
      </w:r>
    </w:p>
    <w:p w:rsidR="006A49C1" w:rsidRPr="00B96CAD" w:rsidRDefault="00D811B7">
      <w:pPr>
        <w:rPr>
          <w:rFonts w:ascii="Times New Roman" w:hAnsi="Times New Roman" w:cs="Times New Roman"/>
          <w:sz w:val="20"/>
        </w:rPr>
      </w:pPr>
      <w:r w:rsidRPr="00B96CAD">
        <w:rPr>
          <w:rFonts w:ascii="Times New Roman" w:hAnsi="Times New Roman" w:cs="Times New Roman"/>
          <w:sz w:val="20"/>
        </w:rPr>
        <w:t xml:space="preserve">Students should arrive each day with enough food and water for the entire camp day. Parents/guardians are responsible for providing meals, snacks, and drinks </w:t>
      </w:r>
      <w:r w:rsidRPr="00B96CAD">
        <w:rPr>
          <w:rFonts w:ascii="Times New Roman" w:hAnsi="Times New Roman" w:cs="Times New Roman"/>
          <w:sz w:val="20"/>
        </w:rPr>
        <w:t>unless otherwise communicated by WorkbenchRVA.</w:t>
      </w:r>
    </w:p>
    <w:p w:rsidR="006A49C1" w:rsidRPr="00B96CAD" w:rsidRDefault="00D811B7">
      <w:pPr>
        <w:pStyle w:val="ListBullet"/>
        <w:spacing w:after="40"/>
        <w:rPr>
          <w:rFonts w:ascii="Times New Roman" w:hAnsi="Times New Roman" w:cs="Times New Roman"/>
          <w:sz w:val="20"/>
        </w:rPr>
      </w:pPr>
      <w:r w:rsidRPr="00B96CAD">
        <w:rPr>
          <w:rFonts w:ascii="Times New Roman" w:hAnsi="Times New Roman" w:cs="Times New Roman"/>
          <w:sz w:val="20"/>
        </w:rPr>
        <w:t>Bring a filled water bottle every day.</w:t>
      </w:r>
    </w:p>
    <w:p w:rsidR="006A49C1" w:rsidRPr="00B96CAD" w:rsidRDefault="00D811B7">
      <w:pPr>
        <w:pStyle w:val="ListBullet"/>
        <w:spacing w:after="40"/>
        <w:rPr>
          <w:rFonts w:ascii="Times New Roman" w:hAnsi="Times New Roman" w:cs="Times New Roman"/>
          <w:sz w:val="20"/>
        </w:rPr>
      </w:pPr>
      <w:r w:rsidRPr="00B96CAD">
        <w:rPr>
          <w:rFonts w:ascii="Times New Roman" w:hAnsi="Times New Roman" w:cs="Times New Roman"/>
          <w:sz w:val="20"/>
        </w:rPr>
        <w:t>Bring a packed lunch and any desired snacks.</w:t>
      </w:r>
    </w:p>
    <w:p w:rsidR="006A49C1" w:rsidRPr="00B96CAD" w:rsidRDefault="00D811B7">
      <w:pPr>
        <w:pStyle w:val="ListBullet"/>
        <w:spacing w:after="40"/>
        <w:rPr>
          <w:rFonts w:ascii="Times New Roman" w:hAnsi="Times New Roman" w:cs="Times New Roman"/>
          <w:sz w:val="20"/>
        </w:rPr>
      </w:pPr>
      <w:r w:rsidRPr="00B96CAD">
        <w:rPr>
          <w:rFonts w:ascii="Times New Roman" w:hAnsi="Times New Roman" w:cs="Times New Roman"/>
          <w:sz w:val="20"/>
        </w:rPr>
        <w:t>Food and drinks must remain in designated eating areas and away from machinery and work surfaces.</w:t>
      </w:r>
    </w:p>
    <w:p w:rsidR="006A49C1" w:rsidRPr="00B96CAD" w:rsidRDefault="00D811B7">
      <w:pPr>
        <w:pStyle w:val="ListBullet"/>
        <w:spacing w:after="40"/>
        <w:rPr>
          <w:rFonts w:ascii="Times New Roman" w:hAnsi="Times New Roman" w:cs="Times New Roman"/>
          <w:sz w:val="20"/>
        </w:rPr>
      </w:pPr>
      <w:r w:rsidRPr="00B96CAD">
        <w:rPr>
          <w:rFonts w:ascii="Times New Roman" w:hAnsi="Times New Roman" w:cs="Times New Roman"/>
          <w:sz w:val="20"/>
        </w:rPr>
        <w:t xml:space="preserve">Students should notify the </w:t>
      </w:r>
      <w:r w:rsidRPr="00B96CAD">
        <w:rPr>
          <w:rFonts w:ascii="Times New Roman" w:hAnsi="Times New Roman" w:cs="Times New Roman"/>
          <w:sz w:val="20"/>
        </w:rPr>
        <w:t>instructor of relevant food allergies or dietary concerns before camp begins.</w:t>
      </w:r>
    </w:p>
    <w:p w:rsidR="006A49C1" w:rsidRPr="00B96CAD" w:rsidRDefault="00D811B7">
      <w:pPr>
        <w:pStyle w:val="ListBullet"/>
        <w:spacing w:after="40"/>
        <w:rPr>
          <w:rFonts w:ascii="Times New Roman" w:hAnsi="Times New Roman" w:cs="Times New Roman"/>
          <w:sz w:val="20"/>
        </w:rPr>
      </w:pPr>
      <w:r w:rsidRPr="00B96CAD">
        <w:rPr>
          <w:rFonts w:ascii="Times New Roman" w:hAnsi="Times New Roman" w:cs="Times New Roman"/>
          <w:sz w:val="20"/>
        </w:rPr>
        <w:t>Students will have designated opportunities to eat, drink, and take breaks.</w:t>
      </w:r>
    </w:p>
    <w:p w:rsidR="00B96CAD" w:rsidRPr="00B96CAD" w:rsidRDefault="00B96CAD">
      <w:pPr>
        <w:rPr>
          <w:rFonts w:ascii="Times New Roman" w:eastAsiaTheme="majorEastAsia" w:hAnsi="Times New Roman" w:cs="Times New Roman"/>
          <w:b/>
          <w:bCs/>
          <w:color w:val="2F5D50"/>
          <w:sz w:val="28"/>
          <w:szCs w:val="28"/>
        </w:rPr>
      </w:pPr>
      <w:r w:rsidRPr="00B96CAD">
        <w:rPr>
          <w:rFonts w:ascii="Times New Roman" w:hAnsi="Times New Roman" w:cs="Times New Roman"/>
          <w:sz w:val="28"/>
        </w:rPr>
        <w:br w:type="page"/>
      </w:r>
    </w:p>
    <w:p w:rsidR="006A49C1" w:rsidRPr="00B96CAD" w:rsidRDefault="00D811B7">
      <w:pPr>
        <w:pStyle w:val="Heading1"/>
        <w:rPr>
          <w:rFonts w:ascii="Times New Roman" w:hAnsi="Times New Roman" w:cs="Times New Roman"/>
          <w:sz w:val="28"/>
        </w:rPr>
      </w:pPr>
      <w:r w:rsidRPr="00B96CAD">
        <w:rPr>
          <w:rFonts w:ascii="Times New Roman" w:hAnsi="Times New Roman" w:cs="Times New Roman"/>
          <w:sz w:val="28"/>
        </w:rPr>
        <w:lastRenderedPageBreak/>
        <w:t>12. Drop-Off &amp; Pick-Up Procedures</w:t>
      </w:r>
    </w:p>
    <w:p w:rsidR="006A49C1" w:rsidRPr="00B96CAD" w:rsidRDefault="00D811B7">
      <w:pPr>
        <w:rPr>
          <w:rFonts w:ascii="Times New Roman" w:hAnsi="Times New Roman" w:cs="Times New Roman"/>
          <w:sz w:val="20"/>
        </w:rPr>
      </w:pPr>
      <w:r w:rsidRPr="00B96CAD">
        <w:rPr>
          <w:rFonts w:ascii="Times New Roman" w:hAnsi="Times New Roman" w:cs="Times New Roman"/>
          <w:sz w:val="20"/>
        </w:rPr>
        <w:t>Consistent drop-off and pick-up procedures help keep students safe a</w:t>
      </w:r>
      <w:r w:rsidRPr="00B96CAD">
        <w:rPr>
          <w:rFonts w:ascii="Times New Roman" w:hAnsi="Times New Roman" w:cs="Times New Roman"/>
          <w:sz w:val="20"/>
        </w:rPr>
        <w:t>nd allow the instructor to begin and end each day without unnecessary disruption.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8"/>
        <w:gridCol w:w="4968"/>
      </w:tblGrid>
      <w:tr w:rsidR="006A49C1" w:rsidRPr="00B96CAD" w:rsidTr="00B96CAD">
        <w:trPr>
          <w:jc w:val="center"/>
        </w:trPr>
        <w:tc>
          <w:tcPr>
            <w:tcW w:w="4968" w:type="dxa"/>
            <w:shd w:val="clear" w:color="auto" w:fill="EAF0ED"/>
            <w:tcMar>
              <w:top w:w="100" w:type="dxa"/>
              <w:left w:w="120" w:type="dxa"/>
              <w:bottom w:w="100" w:type="dxa"/>
              <w:right w:w="120" w:type="dxa"/>
            </w:tcMar>
          </w:tcPr>
          <w:p w:rsidR="006A49C1" w:rsidRPr="00B96CAD" w:rsidRDefault="00D811B7">
            <w:pPr>
              <w:rPr>
                <w:rFonts w:ascii="Times New Roman" w:hAnsi="Times New Roman" w:cs="Times New Roman"/>
                <w:sz w:val="20"/>
              </w:rPr>
            </w:pPr>
            <w:r w:rsidRPr="00B96CAD">
              <w:rPr>
                <w:rFonts w:ascii="Times New Roman" w:hAnsi="Times New Roman" w:cs="Times New Roman"/>
                <w:b/>
                <w:sz w:val="20"/>
              </w:rPr>
              <w:t>Drop-Off Location</w:t>
            </w:r>
          </w:p>
        </w:tc>
        <w:tc>
          <w:tcPr>
            <w:tcW w:w="4968" w:type="dxa"/>
            <w:tcMar>
              <w:top w:w="100" w:type="dxa"/>
              <w:left w:w="120" w:type="dxa"/>
              <w:bottom w:w="100" w:type="dxa"/>
              <w:right w:w="120" w:type="dxa"/>
            </w:tcMar>
          </w:tcPr>
          <w:p w:rsidR="00181429" w:rsidRPr="00B96CAD" w:rsidRDefault="00181429" w:rsidP="00B96CAD">
            <w:pPr>
              <w:spacing w:after="0" w:line="240" w:lineRule="auto"/>
              <w:rPr>
                <w:rFonts w:ascii="Times New Roman" w:hAnsi="Times New Roman" w:cs="Times New Roman"/>
                <w:b/>
                <w:sz w:val="20"/>
              </w:rPr>
            </w:pPr>
            <w:r w:rsidRPr="00B96CAD">
              <w:rPr>
                <w:rFonts w:ascii="Times New Roman" w:hAnsi="Times New Roman" w:cs="Times New Roman"/>
                <w:b/>
                <w:sz w:val="20"/>
              </w:rPr>
              <w:t>3310 Rosedale Avenue Suite B-2</w:t>
            </w:r>
          </w:p>
          <w:p w:rsidR="006A49C1" w:rsidRPr="00B96CAD" w:rsidRDefault="00181429" w:rsidP="00B96CAD">
            <w:pPr>
              <w:spacing w:after="0" w:line="240" w:lineRule="auto"/>
              <w:rPr>
                <w:rFonts w:ascii="Times New Roman" w:hAnsi="Times New Roman" w:cs="Times New Roman"/>
                <w:b/>
                <w:sz w:val="20"/>
              </w:rPr>
            </w:pPr>
            <w:r w:rsidRPr="00B96CAD">
              <w:rPr>
                <w:rFonts w:ascii="Times New Roman" w:hAnsi="Times New Roman" w:cs="Times New Roman"/>
                <w:b/>
                <w:sz w:val="20"/>
              </w:rPr>
              <w:t>Richmond VA, 23230</w:t>
            </w:r>
          </w:p>
        </w:tc>
      </w:tr>
      <w:tr w:rsidR="006A49C1" w:rsidRPr="00B96CAD" w:rsidTr="00B96CAD">
        <w:trPr>
          <w:jc w:val="center"/>
        </w:trPr>
        <w:tc>
          <w:tcPr>
            <w:tcW w:w="4968" w:type="dxa"/>
            <w:shd w:val="clear" w:color="auto" w:fill="EAF0ED"/>
            <w:tcMar>
              <w:top w:w="100" w:type="dxa"/>
              <w:left w:w="120" w:type="dxa"/>
              <w:bottom w:w="100" w:type="dxa"/>
              <w:right w:w="120" w:type="dxa"/>
            </w:tcMar>
          </w:tcPr>
          <w:p w:rsidR="006A49C1" w:rsidRPr="00B96CAD" w:rsidRDefault="00D811B7">
            <w:pPr>
              <w:rPr>
                <w:rFonts w:ascii="Times New Roman" w:hAnsi="Times New Roman" w:cs="Times New Roman"/>
                <w:sz w:val="20"/>
              </w:rPr>
            </w:pPr>
            <w:r w:rsidRPr="00B96CAD">
              <w:rPr>
                <w:rFonts w:ascii="Times New Roman" w:hAnsi="Times New Roman" w:cs="Times New Roman"/>
                <w:b/>
                <w:sz w:val="20"/>
              </w:rPr>
              <w:t>Arrival Window</w:t>
            </w:r>
          </w:p>
        </w:tc>
        <w:tc>
          <w:tcPr>
            <w:tcW w:w="4968" w:type="dxa"/>
            <w:tcMar>
              <w:top w:w="100" w:type="dxa"/>
              <w:left w:w="120" w:type="dxa"/>
              <w:bottom w:w="100" w:type="dxa"/>
              <w:right w:w="120" w:type="dxa"/>
            </w:tcMar>
          </w:tcPr>
          <w:p w:rsidR="006A49C1" w:rsidRPr="00B96CAD" w:rsidRDefault="00181429">
            <w:pPr>
              <w:rPr>
                <w:rFonts w:ascii="Times New Roman" w:hAnsi="Times New Roman" w:cs="Times New Roman"/>
                <w:b/>
                <w:sz w:val="20"/>
              </w:rPr>
            </w:pPr>
            <w:r w:rsidRPr="00B96CAD">
              <w:rPr>
                <w:rFonts w:ascii="Times New Roman" w:hAnsi="Times New Roman" w:cs="Times New Roman"/>
                <w:b/>
                <w:sz w:val="20"/>
              </w:rPr>
              <w:t>8:50 AM -9:00 AM</w:t>
            </w:r>
          </w:p>
        </w:tc>
      </w:tr>
      <w:tr w:rsidR="006A49C1" w:rsidRPr="00B96CAD" w:rsidTr="00B96CAD">
        <w:trPr>
          <w:jc w:val="center"/>
        </w:trPr>
        <w:tc>
          <w:tcPr>
            <w:tcW w:w="4968" w:type="dxa"/>
            <w:shd w:val="clear" w:color="auto" w:fill="EAF0ED"/>
            <w:tcMar>
              <w:top w:w="100" w:type="dxa"/>
              <w:left w:w="120" w:type="dxa"/>
              <w:bottom w:w="100" w:type="dxa"/>
              <w:right w:w="120" w:type="dxa"/>
            </w:tcMar>
          </w:tcPr>
          <w:p w:rsidR="006A49C1" w:rsidRPr="00B96CAD" w:rsidRDefault="00D811B7">
            <w:pPr>
              <w:rPr>
                <w:rFonts w:ascii="Times New Roman" w:hAnsi="Times New Roman" w:cs="Times New Roman"/>
                <w:sz w:val="20"/>
              </w:rPr>
            </w:pPr>
            <w:r w:rsidRPr="00B96CAD">
              <w:rPr>
                <w:rFonts w:ascii="Times New Roman" w:hAnsi="Times New Roman" w:cs="Times New Roman"/>
                <w:b/>
                <w:sz w:val="20"/>
              </w:rPr>
              <w:t>Camp Start Time</w:t>
            </w:r>
          </w:p>
        </w:tc>
        <w:tc>
          <w:tcPr>
            <w:tcW w:w="4968" w:type="dxa"/>
            <w:tcMar>
              <w:top w:w="100" w:type="dxa"/>
              <w:left w:w="120" w:type="dxa"/>
              <w:bottom w:w="100" w:type="dxa"/>
              <w:right w:w="120" w:type="dxa"/>
            </w:tcMar>
          </w:tcPr>
          <w:p w:rsidR="006A49C1" w:rsidRPr="00B96CAD" w:rsidRDefault="00181429">
            <w:pPr>
              <w:rPr>
                <w:rFonts w:ascii="Times New Roman" w:hAnsi="Times New Roman" w:cs="Times New Roman"/>
                <w:b/>
                <w:sz w:val="20"/>
              </w:rPr>
            </w:pPr>
            <w:r w:rsidRPr="00B96CAD">
              <w:rPr>
                <w:rFonts w:ascii="Times New Roman" w:hAnsi="Times New Roman" w:cs="Times New Roman"/>
                <w:b/>
                <w:sz w:val="20"/>
              </w:rPr>
              <w:t>9:00 AM</w:t>
            </w:r>
          </w:p>
        </w:tc>
      </w:tr>
      <w:tr w:rsidR="006A49C1" w:rsidRPr="00B96CAD" w:rsidTr="00B96CAD">
        <w:trPr>
          <w:jc w:val="center"/>
        </w:trPr>
        <w:tc>
          <w:tcPr>
            <w:tcW w:w="4968" w:type="dxa"/>
            <w:shd w:val="clear" w:color="auto" w:fill="EAF0ED"/>
            <w:tcMar>
              <w:top w:w="100" w:type="dxa"/>
              <w:left w:w="120" w:type="dxa"/>
              <w:bottom w:w="100" w:type="dxa"/>
              <w:right w:w="120" w:type="dxa"/>
            </w:tcMar>
          </w:tcPr>
          <w:p w:rsidR="006A49C1" w:rsidRPr="00B96CAD" w:rsidRDefault="00D811B7">
            <w:pPr>
              <w:rPr>
                <w:rFonts w:ascii="Times New Roman" w:hAnsi="Times New Roman" w:cs="Times New Roman"/>
                <w:sz w:val="20"/>
              </w:rPr>
            </w:pPr>
            <w:r w:rsidRPr="00B96CAD">
              <w:rPr>
                <w:rFonts w:ascii="Times New Roman" w:hAnsi="Times New Roman" w:cs="Times New Roman"/>
                <w:b/>
                <w:sz w:val="20"/>
              </w:rPr>
              <w:t>Pick-Up Time</w:t>
            </w:r>
          </w:p>
        </w:tc>
        <w:tc>
          <w:tcPr>
            <w:tcW w:w="4968" w:type="dxa"/>
            <w:tcMar>
              <w:top w:w="100" w:type="dxa"/>
              <w:left w:w="120" w:type="dxa"/>
              <w:bottom w:w="100" w:type="dxa"/>
              <w:right w:w="120" w:type="dxa"/>
            </w:tcMar>
          </w:tcPr>
          <w:p w:rsidR="006A49C1" w:rsidRPr="00B96CAD" w:rsidRDefault="00181429">
            <w:pPr>
              <w:rPr>
                <w:rFonts w:ascii="Times New Roman" w:hAnsi="Times New Roman" w:cs="Times New Roman"/>
                <w:b/>
                <w:sz w:val="20"/>
              </w:rPr>
            </w:pPr>
            <w:r w:rsidRPr="00B96CAD">
              <w:rPr>
                <w:rFonts w:ascii="Times New Roman" w:hAnsi="Times New Roman" w:cs="Times New Roman"/>
                <w:b/>
                <w:sz w:val="20"/>
              </w:rPr>
              <w:t>2:00 PM</w:t>
            </w:r>
          </w:p>
        </w:tc>
      </w:tr>
      <w:tr w:rsidR="006A49C1" w:rsidRPr="00B96CAD" w:rsidTr="00B96CAD">
        <w:trPr>
          <w:jc w:val="center"/>
        </w:trPr>
        <w:tc>
          <w:tcPr>
            <w:tcW w:w="4968" w:type="dxa"/>
            <w:shd w:val="clear" w:color="auto" w:fill="FDE9D9" w:themeFill="accent6" w:themeFillTint="33"/>
            <w:tcMar>
              <w:top w:w="100" w:type="dxa"/>
              <w:left w:w="120" w:type="dxa"/>
              <w:bottom w:w="100" w:type="dxa"/>
              <w:right w:w="120" w:type="dxa"/>
            </w:tcMar>
          </w:tcPr>
          <w:p w:rsidR="006A49C1" w:rsidRPr="00B96CAD" w:rsidRDefault="00D811B7">
            <w:pPr>
              <w:rPr>
                <w:rFonts w:ascii="Times New Roman" w:hAnsi="Times New Roman" w:cs="Times New Roman"/>
                <w:sz w:val="20"/>
              </w:rPr>
            </w:pPr>
            <w:r w:rsidRPr="00B96CAD">
              <w:rPr>
                <w:rFonts w:ascii="Times New Roman" w:hAnsi="Times New Roman" w:cs="Times New Roman"/>
                <w:b/>
                <w:sz w:val="20"/>
              </w:rPr>
              <w:t>Late Pick-Up Contact</w:t>
            </w:r>
          </w:p>
        </w:tc>
        <w:tc>
          <w:tcPr>
            <w:tcW w:w="4968" w:type="dxa"/>
            <w:shd w:val="clear" w:color="auto" w:fill="FDE9D9" w:themeFill="accent6" w:themeFillTint="33"/>
            <w:tcMar>
              <w:top w:w="100" w:type="dxa"/>
              <w:left w:w="120" w:type="dxa"/>
              <w:bottom w:w="100" w:type="dxa"/>
              <w:right w:w="120" w:type="dxa"/>
            </w:tcMar>
          </w:tcPr>
          <w:p w:rsidR="006A49C1" w:rsidRPr="00B96CAD" w:rsidRDefault="006A49C1">
            <w:pPr>
              <w:rPr>
                <w:rFonts w:ascii="Times New Roman" w:hAnsi="Times New Roman" w:cs="Times New Roman"/>
                <w:sz w:val="20"/>
              </w:rPr>
            </w:pPr>
          </w:p>
        </w:tc>
      </w:tr>
      <w:tr w:rsidR="006A49C1" w:rsidRPr="00B96CAD" w:rsidTr="00B96CAD">
        <w:trPr>
          <w:jc w:val="center"/>
        </w:trPr>
        <w:tc>
          <w:tcPr>
            <w:tcW w:w="4968" w:type="dxa"/>
            <w:shd w:val="clear" w:color="auto" w:fill="EAF0ED"/>
            <w:tcMar>
              <w:top w:w="100" w:type="dxa"/>
              <w:left w:w="120" w:type="dxa"/>
              <w:bottom w:w="100" w:type="dxa"/>
              <w:right w:w="120" w:type="dxa"/>
            </w:tcMar>
          </w:tcPr>
          <w:p w:rsidR="006A49C1" w:rsidRPr="00B96CAD" w:rsidRDefault="00D811B7">
            <w:pPr>
              <w:rPr>
                <w:rFonts w:ascii="Times New Roman" w:hAnsi="Times New Roman" w:cs="Times New Roman"/>
                <w:sz w:val="20"/>
              </w:rPr>
            </w:pPr>
            <w:r w:rsidRPr="00B96CAD">
              <w:rPr>
                <w:rFonts w:ascii="Times New Roman" w:hAnsi="Times New Roman" w:cs="Times New Roman"/>
                <w:b/>
                <w:sz w:val="20"/>
              </w:rPr>
              <w:t>Authorized Pick-Up</w:t>
            </w:r>
          </w:p>
        </w:tc>
        <w:tc>
          <w:tcPr>
            <w:tcW w:w="4968" w:type="dxa"/>
            <w:tcMar>
              <w:top w:w="100" w:type="dxa"/>
              <w:left w:w="120" w:type="dxa"/>
              <w:bottom w:w="100" w:type="dxa"/>
              <w:right w:w="120" w:type="dxa"/>
            </w:tcMar>
          </w:tcPr>
          <w:p w:rsidR="006A49C1" w:rsidRPr="00B96CAD" w:rsidRDefault="00D811B7">
            <w:pPr>
              <w:rPr>
                <w:rFonts w:ascii="Times New Roman" w:hAnsi="Times New Roman" w:cs="Times New Roman"/>
                <w:b/>
                <w:sz w:val="20"/>
              </w:rPr>
            </w:pPr>
            <w:r w:rsidRPr="00B96CAD">
              <w:rPr>
                <w:rFonts w:ascii="Times New Roman" w:hAnsi="Times New Roman" w:cs="Times New Roman"/>
                <w:b/>
                <w:sz w:val="20"/>
              </w:rPr>
              <w:t xml:space="preserve">Only individuals authorized by the parent/guardian may pick up </w:t>
            </w:r>
            <w:r w:rsidRPr="00B96CAD">
              <w:rPr>
                <w:rFonts w:ascii="Times New Roman" w:hAnsi="Times New Roman" w:cs="Times New Roman"/>
                <w:b/>
                <w:sz w:val="20"/>
              </w:rPr>
              <w:t>the student unless prior written permission is provided.</w:t>
            </w:r>
          </w:p>
        </w:tc>
      </w:tr>
    </w:tbl>
    <w:p w:rsidR="006A49C1" w:rsidRPr="00B96CAD" w:rsidRDefault="00D811B7">
      <w:pPr>
        <w:rPr>
          <w:rFonts w:ascii="Times New Roman" w:hAnsi="Times New Roman" w:cs="Times New Roman"/>
          <w:sz w:val="20"/>
        </w:rPr>
      </w:pPr>
      <w:r w:rsidRPr="00B96CAD">
        <w:rPr>
          <w:rFonts w:ascii="Times New Roman" w:hAnsi="Times New Roman" w:cs="Times New Roman"/>
          <w:sz w:val="20"/>
        </w:rPr>
        <w:t>Parents/guardians should arrive during the designated pick-up window. If you anticipate being late, please contact the instructor as soon as possible. Students will remain under supervision until an</w:t>
      </w:r>
      <w:r w:rsidRPr="00B96CAD">
        <w:rPr>
          <w:rFonts w:ascii="Times New Roman" w:hAnsi="Times New Roman" w:cs="Times New Roman"/>
          <w:sz w:val="20"/>
        </w:rPr>
        <w:t xml:space="preserve"> authorized adult arrives, subject to the camp's late-pickup policy.</w:t>
      </w:r>
    </w:p>
    <w:p w:rsidR="006A49C1" w:rsidRPr="00B96CAD" w:rsidRDefault="00D811B7">
      <w:pPr>
        <w:pStyle w:val="Heading1"/>
        <w:rPr>
          <w:rFonts w:ascii="Times New Roman" w:hAnsi="Times New Roman" w:cs="Times New Roman"/>
          <w:sz w:val="28"/>
        </w:rPr>
      </w:pPr>
      <w:r w:rsidRPr="00B96CAD">
        <w:rPr>
          <w:rFonts w:ascii="Times New Roman" w:hAnsi="Times New Roman" w:cs="Times New Roman"/>
          <w:sz w:val="28"/>
        </w:rPr>
        <w:t>13. Attendance &amp; Multiple-Week Enrollment</w:t>
      </w:r>
    </w:p>
    <w:p w:rsidR="006A49C1" w:rsidRPr="00B96CAD" w:rsidRDefault="00D811B7">
      <w:pPr>
        <w:rPr>
          <w:rFonts w:ascii="Times New Roman" w:hAnsi="Times New Roman" w:cs="Times New Roman"/>
          <w:sz w:val="20"/>
        </w:rPr>
      </w:pPr>
      <w:r w:rsidRPr="00B96CAD">
        <w:rPr>
          <w:rFonts w:ascii="Times New Roman" w:hAnsi="Times New Roman" w:cs="Times New Roman"/>
          <w:sz w:val="20"/>
        </w:rPr>
        <w:t>Each summer camp session is one week long. Families may choose to enroll in one session or multiple sessions during the summer.</w:t>
      </w:r>
    </w:p>
    <w:p w:rsidR="006A49C1" w:rsidRPr="00B96CAD" w:rsidRDefault="00D811B7">
      <w:pPr>
        <w:pStyle w:val="ListBullet"/>
        <w:spacing w:after="40"/>
        <w:rPr>
          <w:rFonts w:ascii="Times New Roman" w:hAnsi="Times New Roman" w:cs="Times New Roman"/>
          <w:sz w:val="20"/>
        </w:rPr>
      </w:pPr>
      <w:r w:rsidRPr="00B96CAD">
        <w:rPr>
          <w:rFonts w:ascii="Times New Roman" w:hAnsi="Times New Roman" w:cs="Times New Roman"/>
          <w:sz w:val="20"/>
        </w:rPr>
        <w:t>Each week may fea</w:t>
      </w:r>
      <w:r w:rsidRPr="00B96CAD">
        <w:rPr>
          <w:rFonts w:ascii="Times New Roman" w:hAnsi="Times New Roman" w:cs="Times New Roman"/>
          <w:sz w:val="20"/>
        </w:rPr>
        <w:t>ture a different project or set of woodworking skills.</w:t>
      </w:r>
    </w:p>
    <w:p w:rsidR="006A49C1" w:rsidRPr="00B96CAD" w:rsidRDefault="00D811B7">
      <w:pPr>
        <w:pStyle w:val="ListBullet"/>
        <w:spacing w:after="40"/>
        <w:rPr>
          <w:rFonts w:ascii="Times New Roman" w:hAnsi="Times New Roman" w:cs="Times New Roman"/>
          <w:sz w:val="20"/>
        </w:rPr>
      </w:pPr>
      <w:r w:rsidRPr="00B96CAD">
        <w:rPr>
          <w:rFonts w:ascii="Times New Roman" w:hAnsi="Times New Roman" w:cs="Times New Roman"/>
          <w:sz w:val="20"/>
        </w:rPr>
        <w:t>Students returning for additional weeks may be given projects that build upon skills learned previously.</w:t>
      </w:r>
    </w:p>
    <w:p w:rsidR="006A49C1" w:rsidRPr="00B96CAD" w:rsidRDefault="00D811B7">
      <w:pPr>
        <w:pStyle w:val="ListBullet"/>
        <w:spacing w:after="40"/>
        <w:rPr>
          <w:rFonts w:ascii="Times New Roman" w:hAnsi="Times New Roman" w:cs="Times New Roman"/>
          <w:sz w:val="20"/>
        </w:rPr>
      </w:pPr>
      <w:r w:rsidRPr="00B96CAD">
        <w:rPr>
          <w:rFonts w:ascii="Times New Roman" w:hAnsi="Times New Roman" w:cs="Times New Roman"/>
          <w:sz w:val="20"/>
        </w:rPr>
        <w:t>Parents should notify the instructor as soon as possible about absences or changes to the studen</w:t>
      </w:r>
      <w:r w:rsidRPr="00B96CAD">
        <w:rPr>
          <w:rFonts w:ascii="Times New Roman" w:hAnsi="Times New Roman" w:cs="Times New Roman"/>
          <w:sz w:val="20"/>
        </w:rPr>
        <w:t>t's attendance.</w:t>
      </w:r>
    </w:p>
    <w:p w:rsidR="006A49C1" w:rsidRPr="00B96CAD" w:rsidRDefault="00D811B7">
      <w:pPr>
        <w:pStyle w:val="ListBullet"/>
        <w:spacing w:after="40"/>
        <w:rPr>
          <w:rFonts w:ascii="Times New Roman" w:hAnsi="Times New Roman" w:cs="Times New Roman"/>
          <w:sz w:val="20"/>
        </w:rPr>
      </w:pPr>
      <w:r w:rsidRPr="00B96CAD">
        <w:rPr>
          <w:rFonts w:ascii="Times New Roman" w:hAnsi="Times New Roman" w:cs="Times New Roman"/>
          <w:sz w:val="20"/>
        </w:rPr>
        <w:t>Students should arrive on time so that safety instruction and demonstrations are not missed.</w:t>
      </w:r>
    </w:p>
    <w:p w:rsidR="006A49C1" w:rsidRPr="00B96CAD" w:rsidRDefault="00D811B7">
      <w:pPr>
        <w:pStyle w:val="Heading1"/>
        <w:rPr>
          <w:rFonts w:ascii="Times New Roman" w:hAnsi="Times New Roman" w:cs="Times New Roman"/>
          <w:sz w:val="28"/>
        </w:rPr>
      </w:pPr>
      <w:r w:rsidRPr="00B96CAD">
        <w:rPr>
          <w:rFonts w:ascii="Times New Roman" w:hAnsi="Times New Roman" w:cs="Times New Roman"/>
          <w:sz w:val="28"/>
        </w:rPr>
        <w:t>14. Tools, Machinery &amp; Student Access</w:t>
      </w:r>
    </w:p>
    <w:p w:rsidR="006A49C1" w:rsidRPr="00B96CAD" w:rsidRDefault="00D811B7">
      <w:pPr>
        <w:rPr>
          <w:rFonts w:ascii="Times New Roman" w:hAnsi="Times New Roman" w:cs="Times New Roman"/>
          <w:sz w:val="20"/>
        </w:rPr>
      </w:pPr>
      <w:r w:rsidRPr="00B96CAD">
        <w:rPr>
          <w:rFonts w:ascii="Times New Roman" w:hAnsi="Times New Roman" w:cs="Times New Roman"/>
          <w:sz w:val="20"/>
        </w:rPr>
        <w:t>Students will not automatically have unrestricted access to every machine in the shop. Tool and machinery use</w:t>
      </w:r>
      <w:r w:rsidRPr="00B96CAD">
        <w:rPr>
          <w:rFonts w:ascii="Times New Roman" w:hAnsi="Times New Roman" w:cs="Times New Roman"/>
          <w:sz w:val="20"/>
        </w:rPr>
        <w:t xml:space="preserve"> will be based on the student's age, demonstrated maturity, instruction received, ability to follow directions, and the requirements of the particular project.</w:t>
      </w:r>
    </w:p>
    <w:p w:rsidR="006A49C1" w:rsidRPr="00B96CAD" w:rsidRDefault="00D811B7">
      <w:pPr>
        <w:rPr>
          <w:rFonts w:ascii="Times New Roman" w:hAnsi="Times New Roman" w:cs="Times New Roman"/>
          <w:sz w:val="20"/>
        </w:rPr>
      </w:pPr>
      <w:r w:rsidRPr="00B96CAD">
        <w:rPr>
          <w:rFonts w:ascii="Times New Roman" w:hAnsi="Times New Roman" w:cs="Times New Roman"/>
          <w:sz w:val="20"/>
        </w:rPr>
        <w:t xml:space="preserve">The instructor may determine that a particular tool or machine is not appropriate for a </w:t>
      </w:r>
      <w:r w:rsidRPr="00B96CAD">
        <w:rPr>
          <w:rFonts w:ascii="Times New Roman" w:hAnsi="Times New Roman" w:cs="Times New Roman"/>
          <w:sz w:val="20"/>
        </w:rPr>
        <w:t>particular student or task. Students are expected to respect those decisions without argument.</w:t>
      </w:r>
    </w:p>
    <w:tbl>
      <w:tblPr>
        <w:tblW w:w="0" w:type="auto"/>
        <w:jc w:val="center"/>
        <w:tblLook w:val="04A0" w:firstRow="1" w:lastRow="0" w:firstColumn="1" w:lastColumn="0" w:noHBand="0" w:noVBand="1"/>
      </w:tblPr>
      <w:tblGrid>
        <w:gridCol w:w="9936"/>
      </w:tblGrid>
      <w:tr w:rsidR="006A49C1" w:rsidRPr="00B96CAD">
        <w:trPr>
          <w:jc w:val="center"/>
        </w:trPr>
        <w:tc>
          <w:tcPr>
            <w:tcW w:w="9936" w:type="dxa"/>
            <w:shd w:val="clear" w:color="auto" w:fill="EAF0ED"/>
            <w:tcMar>
              <w:top w:w="160" w:type="dxa"/>
              <w:left w:w="180" w:type="dxa"/>
              <w:bottom w:w="160" w:type="dxa"/>
              <w:right w:w="180" w:type="dxa"/>
            </w:tcMar>
          </w:tcPr>
          <w:p w:rsidR="006A49C1" w:rsidRPr="00B96CAD" w:rsidRDefault="00D811B7">
            <w:pPr>
              <w:rPr>
                <w:rFonts w:ascii="Times New Roman" w:hAnsi="Times New Roman" w:cs="Times New Roman"/>
                <w:sz w:val="20"/>
              </w:rPr>
            </w:pPr>
            <w:r w:rsidRPr="00B96CAD">
              <w:rPr>
                <w:rFonts w:ascii="Times New Roman" w:hAnsi="Times New Roman" w:cs="Times New Roman"/>
                <w:b/>
                <w:color w:val="2F5D50"/>
                <w:sz w:val="20"/>
              </w:rPr>
              <w:t>IMPORTANT</w:t>
            </w:r>
            <w:r w:rsidRPr="00B96CAD">
              <w:rPr>
                <w:rFonts w:ascii="Times New Roman" w:hAnsi="Times New Roman" w:cs="Times New Roman"/>
                <w:sz w:val="20"/>
              </w:rPr>
              <w:br/>
              <w:t>Being permitted to use a tool once does not mean a student may use it independently later. Permission and supervision requirements may change from task</w:t>
            </w:r>
            <w:r w:rsidRPr="00B96CAD">
              <w:rPr>
                <w:rFonts w:ascii="Times New Roman" w:hAnsi="Times New Roman" w:cs="Times New Roman"/>
                <w:sz w:val="20"/>
              </w:rPr>
              <w:t xml:space="preserve"> to task.</w:t>
            </w:r>
          </w:p>
        </w:tc>
      </w:tr>
    </w:tbl>
    <w:p w:rsidR="006A49C1" w:rsidRPr="00B96CAD" w:rsidRDefault="00D811B7">
      <w:pPr>
        <w:pStyle w:val="Heading1"/>
        <w:rPr>
          <w:rFonts w:ascii="Times New Roman" w:hAnsi="Times New Roman" w:cs="Times New Roman"/>
          <w:sz w:val="28"/>
        </w:rPr>
      </w:pPr>
      <w:r w:rsidRPr="00B96CAD">
        <w:rPr>
          <w:rFonts w:ascii="Times New Roman" w:hAnsi="Times New Roman" w:cs="Times New Roman"/>
          <w:sz w:val="28"/>
        </w:rPr>
        <w:lastRenderedPageBreak/>
        <w:t>15. Projects &amp; Skill Development</w:t>
      </w:r>
    </w:p>
    <w:p w:rsidR="006A49C1" w:rsidRPr="00B96CAD" w:rsidRDefault="00D811B7">
      <w:pPr>
        <w:rPr>
          <w:rFonts w:ascii="Times New Roman" w:hAnsi="Times New Roman" w:cs="Times New Roman"/>
          <w:sz w:val="20"/>
        </w:rPr>
      </w:pPr>
      <w:r w:rsidRPr="00B96CAD">
        <w:rPr>
          <w:rFonts w:ascii="Times New Roman" w:hAnsi="Times New Roman" w:cs="Times New Roman"/>
          <w:sz w:val="20"/>
        </w:rPr>
        <w:t>Camp projects are designed to give students a meaningful sense of accomplishment while teaching real woodworking skills. Projects may include furniture, games, storage pieces, decorative objects, or other approp</w:t>
      </w:r>
      <w:r w:rsidRPr="00B96CAD">
        <w:rPr>
          <w:rFonts w:ascii="Times New Roman" w:hAnsi="Times New Roman" w:cs="Times New Roman"/>
          <w:sz w:val="20"/>
        </w:rPr>
        <w:t>riate woodworking projects. Students will take their projects home unfinished so families can choose whether to complete the finishing together as a separate family activity.</w:t>
      </w:r>
    </w:p>
    <w:p w:rsidR="006A49C1" w:rsidRPr="00B96CAD" w:rsidRDefault="00D811B7">
      <w:pPr>
        <w:rPr>
          <w:rFonts w:ascii="Times New Roman" w:hAnsi="Times New Roman" w:cs="Times New Roman"/>
          <w:sz w:val="20"/>
        </w:rPr>
      </w:pPr>
      <w:r w:rsidRPr="00B96CAD">
        <w:rPr>
          <w:rFonts w:ascii="Times New Roman" w:hAnsi="Times New Roman" w:cs="Times New Roman"/>
          <w:sz w:val="20"/>
        </w:rPr>
        <w:t>Depending on the session and project, students may learn skills such as measuring</w:t>
      </w:r>
      <w:r w:rsidRPr="00B96CAD">
        <w:rPr>
          <w:rFonts w:ascii="Times New Roman" w:hAnsi="Times New Roman" w:cs="Times New Roman"/>
          <w:sz w:val="20"/>
        </w:rPr>
        <w:t>, layout, sawing, drilling, sanding, joinery, assembly, clamping, problem-solving, and project planning. Camp projects will be left unfinished; no oils, paints, stains, polyurethane, or other finishes/topcoats will be applied in the shop during camp.</w:t>
      </w:r>
    </w:p>
    <w:p w:rsidR="006A49C1" w:rsidRPr="00B96CAD" w:rsidRDefault="00D811B7">
      <w:pPr>
        <w:rPr>
          <w:rFonts w:ascii="Times New Roman" w:hAnsi="Times New Roman" w:cs="Times New Roman"/>
          <w:sz w:val="20"/>
        </w:rPr>
      </w:pPr>
      <w:r w:rsidRPr="00B96CAD">
        <w:rPr>
          <w:rFonts w:ascii="Times New Roman" w:hAnsi="Times New Roman" w:cs="Times New Roman"/>
          <w:sz w:val="20"/>
        </w:rPr>
        <w:t>The f</w:t>
      </w:r>
      <w:r w:rsidRPr="00B96CAD">
        <w:rPr>
          <w:rFonts w:ascii="Times New Roman" w:hAnsi="Times New Roman" w:cs="Times New Roman"/>
          <w:sz w:val="20"/>
        </w:rPr>
        <w:t>inished project is important, but the skills and habits students develop while making it are the primary goal.</w:t>
      </w:r>
    </w:p>
    <w:p w:rsidR="006A49C1" w:rsidRPr="00B96CAD" w:rsidRDefault="00D811B7">
      <w:pPr>
        <w:pStyle w:val="Heading1"/>
        <w:rPr>
          <w:rFonts w:ascii="Times New Roman" w:hAnsi="Times New Roman" w:cs="Times New Roman"/>
          <w:sz w:val="28"/>
        </w:rPr>
      </w:pPr>
      <w:r w:rsidRPr="00B96CAD">
        <w:rPr>
          <w:rFonts w:ascii="Times New Roman" w:hAnsi="Times New Roman" w:cs="Times New Roman"/>
          <w:sz w:val="28"/>
        </w:rPr>
        <w:t>16. What Parents &amp; Guardians Should Know</w:t>
      </w:r>
    </w:p>
    <w:p w:rsidR="006A49C1" w:rsidRPr="00B96CAD" w:rsidRDefault="00D811B7">
      <w:pPr>
        <w:pStyle w:val="ListBullet"/>
        <w:spacing w:after="40"/>
        <w:rPr>
          <w:rFonts w:ascii="Times New Roman" w:hAnsi="Times New Roman" w:cs="Times New Roman"/>
          <w:sz w:val="20"/>
        </w:rPr>
      </w:pPr>
      <w:r w:rsidRPr="00B96CAD">
        <w:rPr>
          <w:rFonts w:ascii="Times New Roman" w:hAnsi="Times New Roman" w:cs="Times New Roman"/>
          <w:sz w:val="20"/>
        </w:rPr>
        <w:t>Please review this handbook with your student before the first day of camp.</w:t>
      </w:r>
    </w:p>
    <w:p w:rsidR="006A49C1" w:rsidRPr="00B96CAD" w:rsidRDefault="00D811B7">
      <w:pPr>
        <w:pStyle w:val="ListBullet"/>
        <w:spacing w:after="40"/>
        <w:rPr>
          <w:rFonts w:ascii="Times New Roman" w:hAnsi="Times New Roman" w:cs="Times New Roman"/>
          <w:sz w:val="20"/>
        </w:rPr>
      </w:pPr>
      <w:r w:rsidRPr="00B96CAD">
        <w:rPr>
          <w:rFonts w:ascii="Times New Roman" w:hAnsi="Times New Roman" w:cs="Times New Roman"/>
          <w:sz w:val="20"/>
        </w:rPr>
        <w:t>Please make sure your studen</w:t>
      </w:r>
      <w:r w:rsidRPr="00B96CAD">
        <w:rPr>
          <w:rFonts w:ascii="Times New Roman" w:hAnsi="Times New Roman" w:cs="Times New Roman"/>
          <w:sz w:val="20"/>
        </w:rPr>
        <w:t>t understands that shop safety rules are mandatory.</w:t>
      </w:r>
    </w:p>
    <w:p w:rsidR="006A49C1" w:rsidRPr="00B96CAD" w:rsidRDefault="00D811B7">
      <w:pPr>
        <w:pStyle w:val="ListBullet"/>
        <w:spacing w:after="40"/>
        <w:rPr>
          <w:rFonts w:ascii="Times New Roman" w:hAnsi="Times New Roman" w:cs="Times New Roman"/>
          <w:sz w:val="20"/>
        </w:rPr>
      </w:pPr>
      <w:r w:rsidRPr="00B96CAD">
        <w:rPr>
          <w:rFonts w:ascii="Times New Roman" w:hAnsi="Times New Roman" w:cs="Times New Roman"/>
          <w:sz w:val="20"/>
        </w:rPr>
        <w:t>Please communicate relevant medical, allergy, dietary, behavioral, or other participation information before camp.</w:t>
      </w:r>
    </w:p>
    <w:p w:rsidR="006A49C1" w:rsidRPr="00B96CAD" w:rsidRDefault="00D811B7">
      <w:pPr>
        <w:pStyle w:val="ListBullet"/>
        <w:spacing w:after="40"/>
        <w:rPr>
          <w:rFonts w:ascii="Times New Roman" w:hAnsi="Times New Roman" w:cs="Times New Roman"/>
          <w:sz w:val="20"/>
        </w:rPr>
      </w:pPr>
      <w:r w:rsidRPr="00B96CAD">
        <w:rPr>
          <w:rFonts w:ascii="Times New Roman" w:hAnsi="Times New Roman" w:cs="Times New Roman"/>
          <w:sz w:val="20"/>
        </w:rPr>
        <w:t>Please make sure your student arrives dressed appropriately and with food and water.</w:t>
      </w:r>
    </w:p>
    <w:p w:rsidR="006A49C1" w:rsidRPr="00B96CAD" w:rsidRDefault="00D811B7">
      <w:pPr>
        <w:pStyle w:val="ListBullet"/>
        <w:spacing w:after="40"/>
        <w:rPr>
          <w:rFonts w:ascii="Times New Roman" w:hAnsi="Times New Roman" w:cs="Times New Roman"/>
          <w:sz w:val="20"/>
        </w:rPr>
      </w:pPr>
      <w:r w:rsidRPr="00B96CAD">
        <w:rPr>
          <w:rFonts w:ascii="Times New Roman" w:hAnsi="Times New Roman" w:cs="Times New Roman"/>
          <w:sz w:val="20"/>
        </w:rPr>
        <w:t>Plea</w:t>
      </w:r>
      <w:r w:rsidRPr="00B96CAD">
        <w:rPr>
          <w:rFonts w:ascii="Times New Roman" w:hAnsi="Times New Roman" w:cs="Times New Roman"/>
          <w:sz w:val="20"/>
        </w:rPr>
        <w:t>se arrive on time for both drop-off and pick-up.</w:t>
      </w:r>
    </w:p>
    <w:p w:rsidR="006A49C1" w:rsidRPr="00B96CAD" w:rsidRDefault="00D811B7">
      <w:pPr>
        <w:pStyle w:val="ListBullet"/>
        <w:spacing w:after="40"/>
        <w:rPr>
          <w:rFonts w:ascii="Times New Roman" w:hAnsi="Times New Roman" w:cs="Times New Roman"/>
          <w:sz w:val="20"/>
        </w:rPr>
      </w:pPr>
      <w:r w:rsidRPr="00B96CAD">
        <w:rPr>
          <w:rFonts w:ascii="Times New Roman" w:hAnsi="Times New Roman" w:cs="Times New Roman"/>
          <w:sz w:val="20"/>
        </w:rPr>
        <w:t>Please do not interrupt instruction or enter active work areas unless directed by the instructor.</w:t>
      </w:r>
    </w:p>
    <w:p w:rsidR="006A49C1" w:rsidRPr="00B96CAD" w:rsidRDefault="00D811B7">
      <w:pPr>
        <w:pStyle w:val="ListBullet"/>
        <w:spacing w:after="40"/>
        <w:rPr>
          <w:rFonts w:ascii="Times New Roman" w:hAnsi="Times New Roman" w:cs="Times New Roman"/>
          <w:sz w:val="20"/>
        </w:rPr>
      </w:pPr>
      <w:r w:rsidRPr="00B96CAD">
        <w:rPr>
          <w:rFonts w:ascii="Times New Roman" w:hAnsi="Times New Roman" w:cs="Times New Roman"/>
          <w:sz w:val="20"/>
        </w:rPr>
        <w:t>Please encourage your student to ask questions rather than guess when they are unsure.</w:t>
      </w:r>
    </w:p>
    <w:p w:rsidR="006A49C1" w:rsidRPr="00B96CAD" w:rsidRDefault="00D811B7">
      <w:pPr>
        <w:pStyle w:val="ListBullet"/>
        <w:spacing w:after="40"/>
        <w:rPr>
          <w:rFonts w:ascii="Times New Roman" w:hAnsi="Times New Roman" w:cs="Times New Roman"/>
          <w:sz w:val="20"/>
        </w:rPr>
      </w:pPr>
      <w:r w:rsidRPr="00B96CAD">
        <w:rPr>
          <w:rFonts w:ascii="Times New Roman" w:hAnsi="Times New Roman" w:cs="Times New Roman"/>
          <w:sz w:val="20"/>
        </w:rPr>
        <w:t>Please understand that</w:t>
      </w:r>
      <w:r w:rsidRPr="00B96CAD">
        <w:rPr>
          <w:rFonts w:ascii="Times New Roman" w:hAnsi="Times New Roman" w:cs="Times New Roman"/>
          <w:sz w:val="20"/>
        </w:rPr>
        <w:t xml:space="preserve"> woodworking is a hands-on activity with inherent risks even when proper safety procedures are followed.</w:t>
      </w:r>
    </w:p>
    <w:p w:rsidR="006A49C1" w:rsidRPr="00B96CAD" w:rsidRDefault="00D811B7">
      <w:pPr>
        <w:pStyle w:val="Heading1"/>
        <w:rPr>
          <w:rFonts w:ascii="Times New Roman" w:hAnsi="Times New Roman" w:cs="Times New Roman"/>
          <w:sz w:val="28"/>
        </w:rPr>
      </w:pPr>
      <w:r w:rsidRPr="00B96CAD">
        <w:rPr>
          <w:rFonts w:ascii="Times New Roman" w:hAnsi="Times New Roman" w:cs="Times New Roman"/>
          <w:sz w:val="28"/>
        </w:rPr>
        <w:t>17. Emergency Procedures</w:t>
      </w:r>
    </w:p>
    <w:p w:rsidR="006A49C1" w:rsidRPr="00B96CAD" w:rsidRDefault="00D811B7">
      <w:pPr>
        <w:rPr>
          <w:rFonts w:ascii="Times New Roman" w:hAnsi="Times New Roman" w:cs="Times New Roman"/>
          <w:sz w:val="20"/>
        </w:rPr>
      </w:pPr>
      <w:r w:rsidRPr="00B96CAD">
        <w:rPr>
          <w:rFonts w:ascii="Times New Roman" w:hAnsi="Times New Roman" w:cs="Times New Roman"/>
          <w:sz w:val="20"/>
        </w:rPr>
        <w:t>The instructor will maintain appropriate emergency procedures for the shop environment. In the event of an injury, fire, sever</w:t>
      </w:r>
      <w:r w:rsidRPr="00B96CAD">
        <w:rPr>
          <w:rFonts w:ascii="Times New Roman" w:hAnsi="Times New Roman" w:cs="Times New Roman"/>
          <w:sz w:val="20"/>
        </w:rPr>
        <w:t>e weather event, or other emergency, the instructor may stop all activities and direct students to evacuate or move to a designated safe area.</w:t>
      </w:r>
    </w:p>
    <w:p w:rsidR="006A49C1" w:rsidRPr="00B96CAD" w:rsidRDefault="00D811B7">
      <w:pPr>
        <w:pStyle w:val="ListBullet"/>
        <w:spacing w:after="40"/>
        <w:rPr>
          <w:rFonts w:ascii="Times New Roman" w:hAnsi="Times New Roman" w:cs="Times New Roman"/>
          <w:sz w:val="20"/>
        </w:rPr>
      </w:pPr>
      <w:r w:rsidRPr="00B96CAD">
        <w:rPr>
          <w:rFonts w:ascii="Times New Roman" w:hAnsi="Times New Roman" w:cs="Times New Roman"/>
          <w:sz w:val="20"/>
        </w:rPr>
        <w:t>Emergency services may be contacted when appropriate.</w:t>
      </w:r>
    </w:p>
    <w:p w:rsidR="006A49C1" w:rsidRPr="00B96CAD" w:rsidRDefault="00D811B7">
      <w:pPr>
        <w:pStyle w:val="ListBullet"/>
        <w:spacing w:after="40"/>
        <w:rPr>
          <w:rFonts w:ascii="Times New Roman" w:hAnsi="Times New Roman" w:cs="Times New Roman"/>
          <w:sz w:val="20"/>
        </w:rPr>
      </w:pPr>
      <w:r w:rsidRPr="00B96CAD">
        <w:rPr>
          <w:rFonts w:ascii="Times New Roman" w:hAnsi="Times New Roman" w:cs="Times New Roman"/>
          <w:sz w:val="20"/>
        </w:rPr>
        <w:t>Parents/guardians will be contacted as soon as reasonably p</w:t>
      </w:r>
      <w:r w:rsidRPr="00B96CAD">
        <w:rPr>
          <w:rFonts w:ascii="Times New Roman" w:hAnsi="Times New Roman" w:cs="Times New Roman"/>
          <w:sz w:val="20"/>
        </w:rPr>
        <w:t>ossible following an incident requiring notification.</w:t>
      </w:r>
    </w:p>
    <w:p w:rsidR="006A49C1" w:rsidRPr="00B96CAD" w:rsidRDefault="00D811B7">
      <w:pPr>
        <w:pStyle w:val="ListBullet"/>
        <w:spacing w:after="40"/>
        <w:rPr>
          <w:rFonts w:ascii="Times New Roman" w:hAnsi="Times New Roman" w:cs="Times New Roman"/>
          <w:sz w:val="20"/>
        </w:rPr>
      </w:pPr>
      <w:r w:rsidRPr="00B96CAD">
        <w:rPr>
          <w:rFonts w:ascii="Times New Roman" w:hAnsi="Times New Roman" w:cs="Times New Roman"/>
          <w:sz w:val="20"/>
        </w:rPr>
        <w:t>Students are expected to follow emergency instructions immediately and without debate.</w:t>
      </w:r>
    </w:p>
    <w:p w:rsidR="006A49C1" w:rsidRPr="00B96CAD" w:rsidRDefault="00D811B7">
      <w:pPr>
        <w:pStyle w:val="ListBullet"/>
        <w:spacing w:after="40"/>
        <w:rPr>
          <w:rFonts w:ascii="Times New Roman" w:hAnsi="Times New Roman" w:cs="Times New Roman"/>
          <w:sz w:val="20"/>
        </w:rPr>
      </w:pPr>
      <w:r w:rsidRPr="00B96CAD">
        <w:rPr>
          <w:rFonts w:ascii="Times New Roman" w:hAnsi="Times New Roman" w:cs="Times New Roman"/>
          <w:sz w:val="20"/>
        </w:rPr>
        <w:t>Emergency contact and medical information must be provided accurately before the student participates.</w:t>
      </w:r>
    </w:p>
    <w:p w:rsidR="006A49C1" w:rsidRPr="00B96CAD" w:rsidRDefault="00D811B7">
      <w:pPr>
        <w:pStyle w:val="Heading1"/>
        <w:rPr>
          <w:rFonts w:ascii="Times New Roman" w:hAnsi="Times New Roman" w:cs="Times New Roman"/>
          <w:sz w:val="28"/>
        </w:rPr>
      </w:pPr>
      <w:r w:rsidRPr="00B96CAD">
        <w:rPr>
          <w:rFonts w:ascii="Times New Roman" w:hAnsi="Times New Roman" w:cs="Times New Roman"/>
          <w:sz w:val="28"/>
        </w:rPr>
        <w:t xml:space="preserve">18. A Note </w:t>
      </w:r>
      <w:r w:rsidRPr="00B96CAD">
        <w:rPr>
          <w:rFonts w:ascii="Times New Roman" w:hAnsi="Times New Roman" w:cs="Times New Roman"/>
          <w:sz w:val="28"/>
        </w:rPr>
        <w:t>to Our Students</w:t>
      </w:r>
    </w:p>
    <w:tbl>
      <w:tblPr>
        <w:tblW w:w="0" w:type="auto"/>
        <w:jc w:val="center"/>
        <w:tblLook w:val="04A0" w:firstRow="1" w:lastRow="0" w:firstColumn="1" w:lastColumn="0" w:noHBand="0" w:noVBand="1"/>
      </w:tblPr>
      <w:tblGrid>
        <w:gridCol w:w="9936"/>
      </w:tblGrid>
      <w:tr w:rsidR="006A49C1" w:rsidRPr="00B96CAD">
        <w:trPr>
          <w:jc w:val="center"/>
        </w:trPr>
        <w:tc>
          <w:tcPr>
            <w:tcW w:w="9936" w:type="dxa"/>
            <w:shd w:val="clear" w:color="auto" w:fill="EAF0ED"/>
            <w:tcMar>
              <w:top w:w="160" w:type="dxa"/>
              <w:left w:w="180" w:type="dxa"/>
              <w:bottom w:w="160" w:type="dxa"/>
              <w:right w:w="180" w:type="dxa"/>
            </w:tcMar>
          </w:tcPr>
          <w:p w:rsidR="006A49C1" w:rsidRPr="00B96CAD" w:rsidRDefault="00D811B7">
            <w:pPr>
              <w:rPr>
                <w:rFonts w:ascii="Times New Roman" w:hAnsi="Times New Roman" w:cs="Times New Roman"/>
                <w:sz w:val="20"/>
              </w:rPr>
            </w:pPr>
            <w:r w:rsidRPr="00B96CAD">
              <w:rPr>
                <w:rFonts w:ascii="Times New Roman" w:hAnsi="Times New Roman" w:cs="Times New Roman"/>
                <w:b/>
                <w:color w:val="2F5D50"/>
                <w:sz w:val="20"/>
              </w:rPr>
              <w:t>YOU BELONG IN THE SHOP</w:t>
            </w:r>
            <w:r w:rsidRPr="00B96CAD">
              <w:rPr>
                <w:rFonts w:ascii="Times New Roman" w:hAnsi="Times New Roman" w:cs="Times New Roman"/>
                <w:sz w:val="20"/>
              </w:rPr>
              <w:br/>
              <w:t xml:space="preserve">You do not need to be an experienced woodworker to participate. You are here to learn. Ask questions. Make mistakes. Learn from them. Take your time. Listen carefully. Help keep the shop safe. At the end of the week, </w:t>
            </w:r>
            <w:r w:rsidRPr="00B96CAD">
              <w:rPr>
                <w:rFonts w:ascii="Times New Roman" w:hAnsi="Times New Roman" w:cs="Times New Roman"/>
                <w:sz w:val="20"/>
              </w:rPr>
              <w:t>you should be able to look at what you built and know that you earned it.</w:t>
            </w:r>
          </w:p>
        </w:tc>
      </w:tr>
    </w:tbl>
    <w:p w:rsidR="006A49C1" w:rsidRPr="00B96CAD" w:rsidRDefault="006A49C1">
      <w:pPr>
        <w:spacing w:after="40"/>
        <w:rPr>
          <w:rFonts w:ascii="Times New Roman" w:hAnsi="Times New Roman" w:cs="Times New Roman"/>
          <w:sz w:val="20"/>
        </w:rPr>
      </w:pPr>
    </w:p>
    <w:p w:rsidR="006A49C1" w:rsidRPr="00B96CAD" w:rsidRDefault="00D811B7">
      <w:pPr>
        <w:rPr>
          <w:rFonts w:ascii="Times New Roman" w:hAnsi="Times New Roman" w:cs="Times New Roman"/>
          <w:sz w:val="20"/>
        </w:rPr>
      </w:pPr>
      <w:r w:rsidRPr="00B96CAD">
        <w:rPr>
          <w:rFonts w:ascii="Times New Roman" w:hAnsi="Times New Roman" w:cs="Times New Roman"/>
          <w:sz w:val="20"/>
        </w:rPr>
        <w:t>Woodworking teaches patience, precision, problem-solving, and responsibility. We want students to leave camp with more than a project—they should leave with skills and confidence t</w:t>
      </w:r>
      <w:r w:rsidRPr="00B96CAD">
        <w:rPr>
          <w:rFonts w:ascii="Times New Roman" w:hAnsi="Times New Roman" w:cs="Times New Roman"/>
          <w:sz w:val="20"/>
        </w:rPr>
        <w:t>hey can carry into other parts of their lives.</w:t>
      </w:r>
    </w:p>
    <w:p w:rsidR="006A49C1" w:rsidRPr="00B96CAD" w:rsidRDefault="00D811B7">
      <w:pPr>
        <w:pStyle w:val="Heading1"/>
        <w:rPr>
          <w:rFonts w:ascii="Times New Roman" w:hAnsi="Times New Roman" w:cs="Times New Roman"/>
          <w:sz w:val="28"/>
        </w:rPr>
      </w:pPr>
      <w:r w:rsidRPr="00B96CAD">
        <w:rPr>
          <w:rFonts w:ascii="Times New Roman" w:hAnsi="Times New Roman" w:cs="Times New Roman"/>
          <w:sz w:val="28"/>
        </w:rPr>
        <w:lastRenderedPageBreak/>
        <w:t>19. Parent &amp; Student Acknowledgment</w:t>
      </w:r>
    </w:p>
    <w:p w:rsidR="006A49C1" w:rsidRPr="00B96CAD" w:rsidRDefault="00D811B7">
      <w:pPr>
        <w:rPr>
          <w:rFonts w:ascii="Times New Roman" w:hAnsi="Times New Roman" w:cs="Times New Roman"/>
          <w:sz w:val="20"/>
        </w:rPr>
      </w:pPr>
      <w:r w:rsidRPr="00B96CAD">
        <w:rPr>
          <w:rFonts w:ascii="Times New Roman" w:hAnsi="Times New Roman" w:cs="Times New Roman"/>
          <w:sz w:val="20"/>
        </w:rPr>
        <w:t xml:space="preserve">The signature page below is intended to confirm that the parent/guardian and student received and reviewed this handbook. This acknowledgment is separate from any liability </w:t>
      </w:r>
      <w:r w:rsidRPr="00B96CAD">
        <w:rPr>
          <w:rFonts w:ascii="Times New Roman" w:hAnsi="Times New Roman" w:cs="Times New Roman"/>
          <w:sz w:val="20"/>
        </w:rPr>
        <w:t>waiver, medical authorization, or other enrollment documents required by WorkbenchRVA.</w:t>
      </w:r>
    </w:p>
    <w:p w:rsidR="006A49C1" w:rsidRPr="00B96CAD" w:rsidRDefault="00D811B7">
      <w:pPr>
        <w:pStyle w:val="ListBullet"/>
        <w:spacing w:after="40"/>
        <w:rPr>
          <w:rFonts w:ascii="Times New Roman" w:hAnsi="Times New Roman" w:cs="Times New Roman"/>
          <w:sz w:val="20"/>
        </w:rPr>
      </w:pPr>
      <w:r w:rsidRPr="00B96CAD">
        <w:rPr>
          <w:rFonts w:ascii="Times New Roman" w:hAnsi="Times New Roman" w:cs="Times New Roman"/>
          <w:sz w:val="20"/>
        </w:rPr>
        <w:t>We have read the Summer Woodworking Camp Parent &amp; Student Handbook.</w:t>
      </w:r>
    </w:p>
    <w:p w:rsidR="006A49C1" w:rsidRPr="00B96CAD" w:rsidRDefault="00D811B7">
      <w:pPr>
        <w:pStyle w:val="ListBullet"/>
        <w:spacing w:after="40"/>
        <w:rPr>
          <w:rFonts w:ascii="Times New Roman" w:hAnsi="Times New Roman" w:cs="Times New Roman"/>
          <w:sz w:val="20"/>
        </w:rPr>
      </w:pPr>
      <w:r w:rsidRPr="00B96CAD">
        <w:rPr>
          <w:rFonts w:ascii="Times New Roman" w:hAnsi="Times New Roman" w:cs="Times New Roman"/>
          <w:sz w:val="20"/>
        </w:rPr>
        <w:t>We understand that woodworking involves inherent risks, including risks associated with tools, machin</w:t>
      </w:r>
      <w:r w:rsidRPr="00B96CAD">
        <w:rPr>
          <w:rFonts w:ascii="Times New Roman" w:hAnsi="Times New Roman" w:cs="Times New Roman"/>
          <w:sz w:val="20"/>
        </w:rPr>
        <w:t>ery, materials, dust, noise, and physical activity.</w:t>
      </w:r>
    </w:p>
    <w:p w:rsidR="006A49C1" w:rsidRPr="00B96CAD" w:rsidRDefault="00D811B7">
      <w:pPr>
        <w:pStyle w:val="ListBullet"/>
        <w:spacing w:after="40"/>
        <w:rPr>
          <w:rFonts w:ascii="Times New Roman" w:hAnsi="Times New Roman" w:cs="Times New Roman"/>
          <w:sz w:val="20"/>
        </w:rPr>
      </w:pPr>
      <w:r w:rsidRPr="00B96CAD">
        <w:rPr>
          <w:rFonts w:ascii="Times New Roman" w:hAnsi="Times New Roman" w:cs="Times New Roman"/>
          <w:sz w:val="20"/>
        </w:rPr>
        <w:t>We understand that following safety instructions and shop rules is a condition of participation.</w:t>
      </w:r>
    </w:p>
    <w:p w:rsidR="006A49C1" w:rsidRPr="00B96CAD" w:rsidRDefault="00D811B7">
      <w:pPr>
        <w:pStyle w:val="ListBullet"/>
        <w:spacing w:after="40"/>
        <w:rPr>
          <w:rFonts w:ascii="Times New Roman" w:hAnsi="Times New Roman" w:cs="Times New Roman"/>
          <w:sz w:val="20"/>
        </w:rPr>
      </w:pPr>
      <w:r w:rsidRPr="00B96CAD">
        <w:rPr>
          <w:rFonts w:ascii="Times New Roman" w:hAnsi="Times New Roman" w:cs="Times New Roman"/>
          <w:sz w:val="20"/>
        </w:rPr>
        <w:t>We understand the behavioral expectations described in this handbook.</w:t>
      </w:r>
    </w:p>
    <w:p w:rsidR="006A49C1" w:rsidRPr="00B96CAD" w:rsidRDefault="00D811B7">
      <w:pPr>
        <w:pStyle w:val="ListBullet"/>
        <w:spacing w:after="40"/>
        <w:rPr>
          <w:rFonts w:ascii="Times New Roman" w:hAnsi="Times New Roman" w:cs="Times New Roman"/>
          <w:sz w:val="20"/>
        </w:rPr>
      </w:pPr>
      <w:r w:rsidRPr="00B96CAD">
        <w:rPr>
          <w:rFonts w:ascii="Times New Roman" w:hAnsi="Times New Roman" w:cs="Times New Roman"/>
          <w:sz w:val="20"/>
        </w:rPr>
        <w:t>We understand that serious or dangero</w:t>
      </w:r>
      <w:r w:rsidRPr="00B96CAD">
        <w:rPr>
          <w:rFonts w:ascii="Times New Roman" w:hAnsi="Times New Roman" w:cs="Times New Roman"/>
          <w:sz w:val="20"/>
        </w:rPr>
        <w:t>us misconduct may result in removal from the program.</w:t>
      </w:r>
    </w:p>
    <w:p w:rsidR="006A49C1" w:rsidRPr="00B96CAD" w:rsidRDefault="00D811B7">
      <w:pPr>
        <w:pStyle w:val="ListBullet"/>
        <w:spacing w:after="40"/>
        <w:rPr>
          <w:rFonts w:ascii="Times New Roman" w:hAnsi="Times New Roman" w:cs="Times New Roman"/>
          <w:sz w:val="20"/>
        </w:rPr>
      </w:pPr>
      <w:r w:rsidRPr="00B96CAD">
        <w:rPr>
          <w:rFonts w:ascii="Times New Roman" w:hAnsi="Times New Roman" w:cs="Times New Roman"/>
          <w:sz w:val="20"/>
        </w:rPr>
        <w:t>We understand the drop-off, pick-up, attendance, food, clothing, and personal responsibility expectations.</w:t>
      </w:r>
    </w:p>
    <w:p w:rsidR="00B96CAD" w:rsidRPr="00B96CAD" w:rsidRDefault="00D811B7">
      <w:pPr>
        <w:rPr>
          <w:rFonts w:ascii="Times New Roman" w:hAnsi="Times New Roman" w:cs="Times New Roman"/>
          <w:sz w:val="20"/>
        </w:rPr>
      </w:pPr>
      <w:r w:rsidRPr="00B96CAD">
        <w:rPr>
          <w:rFonts w:ascii="Times New Roman" w:hAnsi="Times New Roman" w:cs="Times New Roman"/>
          <w:sz w:val="20"/>
        </w:rPr>
        <w:br/>
      </w:r>
    </w:p>
    <w:p w:rsidR="00B96CAD" w:rsidRPr="00B96CAD" w:rsidRDefault="00B96CAD">
      <w:pPr>
        <w:rPr>
          <w:rFonts w:ascii="Times New Roman" w:hAnsi="Times New Roman" w:cs="Times New Roman"/>
          <w:sz w:val="20"/>
        </w:rPr>
      </w:pPr>
    </w:p>
    <w:p w:rsidR="00B96CAD" w:rsidRPr="00B96CAD" w:rsidRDefault="00B96CAD">
      <w:pPr>
        <w:rPr>
          <w:rFonts w:ascii="Times New Roman" w:hAnsi="Times New Roman" w:cs="Times New Roman"/>
          <w:sz w:val="20"/>
        </w:rPr>
      </w:pPr>
    </w:p>
    <w:p w:rsidR="00B96CAD" w:rsidRPr="00B96CAD" w:rsidRDefault="00B96CAD">
      <w:pPr>
        <w:rPr>
          <w:rFonts w:ascii="Times New Roman" w:hAnsi="Times New Roman" w:cs="Times New Roman"/>
          <w:sz w:val="20"/>
        </w:rPr>
      </w:pPr>
    </w:p>
    <w:p w:rsidR="00B96CAD" w:rsidRPr="00B96CAD" w:rsidRDefault="00B96CAD">
      <w:pPr>
        <w:rPr>
          <w:rFonts w:ascii="Times New Roman" w:hAnsi="Times New Roman" w:cs="Times New Roman"/>
          <w:sz w:val="20"/>
        </w:rPr>
      </w:pPr>
    </w:p>
    <w:p w:rsidR="00B96CAD" w:rsidRPr="00B96CAD" w:rsidRDefault="00B96CAD">
      <w:pPr>
        <w:rPr>
          <w:rFonts w:ascii="Times New Roman" w:hAnsi="Times New Roman" w:cs="Times New Roman"/>
          <w:sz w:val="20"/>
        </w:rPr>
      </w:pPr>
    </w:p>
    <w:p w:rsidR="00B96CAD" w:rsidRPr="00B96CAD" w:rsidRDefault="00B96CAD">
      <w:pPr>
        <w:rPr>
          <w:rFonts w:ascii="Times New Roman" w:hAnsi="Times New Roman" w:cs="Times New Roman"/>
          <w:sz w:val="20"/>
        </w:rPr>
      </w:pPr>
    </w:p>
    <w:p w:rsidR="006A49C1" w:rsidRPr="00B96CAD" w:rsidRDefault="00D811B7">
      <w:pPr>
        <w:rPr>
          <w:rFonts w:ascii="Times New Roman" w:hAnsi="Times New Roman" w:cs="Times New Roman"/>
          <w:sz w:val="20"/>
        </w:rPr>
      </w:pPr>
      <w:r w:rsidRPr="00B96CAD">
        <w:rPr>
          <w:rFonts w:ascii="Times New Roman" w:hAnsi="Times New Roman" w:cs="Times New Roman"/>
          <w:sz w:val="20"/>
        </w:rPr>
        <w:t>Student Name: _________________________________________________</w:t>
      </w:r>
    </w:p>
    <w:p w:rsidR="00B96CAD" w:rsidRPr="00B96CAD" w:rsidRDefault="00B96CAD">
      <w:pPr>
        <w:rPr>
          <w:rFonts w:ascii="Times New Roman" w:hAnsi="Times New Roman" w:cs="Times New Roman"/>
          <w:sz w:val="20"/>
        </w:rPr>
      </w:pPr>
    </w:p>
    <w:p w:rsidR="006A49C1" w:rsidRPr="00B96CAD" w:rsidRDefault="00D811B7">
      <w:pPr>
        <w:rPr>
          <w:rFonts w:ascii="Times New Roman" w:hAnsi="Times New Roman" w:cs="Times New Roman"/>
          <w:sz w:val="20"/>
        </w:rPr>
      </w:pPr>
      <w:r w:rsidRPr="00B96CAD">
        <w:rPr>
          <w:rFonts w:ascii="Times New Roman" w:hAnsi="Times New Roman" w:cs="Times New Roman"/>
          <w:sz w:val="20"/>
        </w:rPr>
        <w:t xml:space="preserve">Student Signature: </w:t>
      </w:r>
      <w:r w:rsidRPr="00B96CAD">
        <w:rPr>
          <w:rFonts w:ascii="Times New Roman" w:hAnsi="Times New Roman" w:cs="Times New Roman"/>
          <w:sz w:val="20"/>
        </w:rPr>
        <w:t>_____________________________________________    Date: ______________</w:t>
      </w:r>
    </w:p>
    <w:p w:rsidR="00B96CAD" w:rsidRPr="00B96CAD" w:rsidRDefault="00B96CAD">
      <w:pPr>
        <w:rPr>
          <w:rFonts w:ascii="Times New Roman" w:hAnsi="Times New Roman" w:cs="Times New Roman"/>
          <w:sz w:val="20"/>
        </w:rPr>
      </w:pPr>
    </w:p>
    <w:p w:rsidR="006A49C1" w:rsidRPr="00B96CAD" w:rsidRDefault="00D811B7">
      <w:pPr>
        <w:rPr>
          <w:rFonts w:ascii="Times New Roman" w:hAnsi="Times New Roman" w:cs="Times New Roman"/>
          <w:sz w:val="20"/>
        </w:rPr>
      </w:pPr>
      <w:r w:rsidRPr="00B96CAD">
        <w:rPr>
          <w:rFonts w:ascii="Times New Roman" w:hAnsi="Times New Roman" w:cs="Times New Roman"/>
          <w:sz w:val="20"/>
        </w:rPr>
        <w:t>Parent/Guardian Name: _________________________________________</w:t>
      </w:r>
    </w:p>
    <w:p w:rsidR="00B96CAD" w:rsidRPr="00B96CAD" w:rsidRDefault="00B96CAD">
      <w:pPr>
        <w:rPr>
          <w:rFonts w:ascii="Times New Roman" w:hAnsi="Times New Roman" w:cs="Times New Roman"/>
          <w:sz w:val="20"/>
        </w:rPr>
      </w:pPr>
    </w:p>
    <w:p w:rsidR="006A49C1" w:rsidRPr="00B96CAD" w:rsidRDefault="00D811B7">
      <w:pPr>
        <w:rPr>
          <w:rFonts w:ascii="Times New Roman" w:hAnsi="Times New Roman" w:cs="Times New Roman"/>
          <w:sz w:val="20"/>
        </w:rPr>
      </w:pPr>
      <w:r w:rsidRPr="00B96CAD">
        <w:rPr>
          <w:rFonts w:ascii="Times New Roman" w:hAnsi="Times New Roman" w:cs="Times New Roman"/>
          <w:sz w:val="20"/>
        </w:rPr>
        <w:t>Parent/Guardian Signature: _____________________________________    Date: ______________</w:t>
      </w:r>
    </w:p>
    <w:p w:rsidR="006A49C1" w:rsidRPr="00181429" w:rsidRDefault="00D811B7">
      <w:pPr>
        <w:rPr>
          <w:rFonts w:ascii="Times New Roman" w:hAnsi="Times New Roman" w:cs="Times New Roman"/>
        </w:rPr>
      </w:pPr>
      <w:r w:rsidRPr="00181429">
        <w:rPr>
          <w:rFonts w:ascii="Times New Roman" w:hAnsi="Times New Roman" w:cs="Times New Roman"/>
        </w:rPr>
        <w:br w:type="page"/>
      </w:r>
    </w:p>
    <w:p w:rsidR="006A49C1" w:rsidRPr="00181429" w:rsidRDefault="00D811B7">
      <w:pPr>
        <w:pStyle w:val="Heading1"/>
        <w:rPr>
          <w:rFonts w:ascii="Times New Roman" w:hAnsi="Times New Roman" w:cs="Times New Roman"/>
          <w:sz w:val="32"/>
        </w:rPr>
      </w:pPr>
      <w:r w:rsidRPr="00181429">
        <w:rPr>
          <w:rFonts w:ascii="Times New Roman" w:hAnsi="Times New Roman" w:cs="Times New Roman"/>
          <w:sz w:val="32"/>
        </w:rPr>
        <w:lastRenderedPageBreak/>
        <w:t>Camp Information at a Glance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8"/>
        <w:gridCol w:w="5028"/>
      </w:tblGrid>
      <w:tr w:rsidR="006A49C1" w:rsidRPr="00181429" w:rsidTr="00B96CAD">
        <w:trPr>
          <w:jc w:val="center"/>
        </w:trPr>
        <w:tc>
          <w:tcPr>
            <w:tcW w:w="4968" w:type="dxa"/>
            <w:shd w:val="clear" w:color="auto" w:fill="EAF0ED"/>
            <w:tcMar>
              <w:top w:w="100" w:type="dxa"/>
              <w:left w:w="120" w:type="dxa"/>
              <w:bottom w:w="100" w:type="dxa"/>
              <w:right w:w="120" w:type="dxa"/>
            </w:tcMar>
          </w:tcPr>
          <w:p w:rsidR="006A49C1" w:rsidRPr="00181429" w:rsidRDefault="00D811B7">
            <w:pPr>
              <w:rPr>
                <w:rFonts w:ascii="Times New Roman" w:hAnsi="Times New Roman" w:cs="Times New Roman"/>
              </w:rPr>
            </w:pPr>
            <w:r w:rsidRPr="00181429">
              <w:rPr>
                <w:rFonts w:ascii="Times New Roman" w:hAnsi="Times New Roman" w:cs="Times New Roman"/>
                <w:b/>
              </w:rPr>
              <w:t>Student Ages</w:t>
            </w:r>
          </w:p>
        </w:tc>
        <w:tc>
          <w:tcPr>
            <w:tcW w:w="5028" w:type="dxa"/>
            <w:tcMar>
              <w:top w:w="100" w:type="dxa"/>
              <w:left w:w="120" w:type="dxa"/>
              <w:bottom w:w="100" w:type="dxa"/>
              <w:right w:w="120" w:type="dxa"/>
            </w:tcMar>
          </w:tcPr>
          <w:p w:rsidR="006A49C1" w:rsidRPr="00181429" w:rsidRDefault="00D811B7">
            <w:pPr>
              <w:rPr>
                <w:rFonts w:ascii="Times New Roman" w:hAnsi="Times New Roman" w:cs="Times New Roman"/>
              </w:rPr>
            </w:pPr>
            <w:r w:rsidRPr="00181429">
              <w:rPr>
                <w:rFonts w:ascii="Times New Roman" w:hAnsi="Times New Roman" w:cs="Times New Roman"/>
              </w:rPr>
              <w:t>12–17</w:t>
            </w:r>
            <w:bookmarkStart w:id="0" w:name="_GoBack"/>
            <w:bookmarkEnd w:id="0"/>
          </w:p>
        </w:tc>
      </w:tr>
      <w:tr w:rsidR="006A49C1" w:rsidRPr="00181429" w:rsidTr="00B96CAD">
        <w:trPr>
          <w:jc w:val="center"/>
        </w:trPr>
        <w:tc>
          <w:tcPr>
            <w:tcW w:w="4968" w:type="dxa"/>
            <w:shd w:val="clear" w:color="auto" w:fill="EAF0ED"/>
            <w:tcMar>
              <w:top w:w="100" w:type="dxa"/>
              <w:left w:w="120" w:type="dxa"/>
              <w:bottom w:w="100" w:type="dxa"/>
              <w:right w:w="120" w:type="dxa"/>
            </w:tcMar>
          </w:tcPr>
          <w:p w:rsidR="006A49C1" w:rsidRPr="00181429" w:rsidRDefault="00D811B7">
            <w:pPr>
              <w:rPr>
                <w:rFonts w:ascii="Times New Roman" w:hAnsi="Times New Roman" w:cs="Times New Roman"/>
              </w:rPr>
            </w:pPr>
            <w:r w:rsidRPr="00181429">
              <w:rPr>
                <w:rFonts w:ascii="Times New Roman" w:hAnsi="Times New Roman" w:cs="Times New Roman"/>
                <w:b/>
              </w:rPr>
              <w:t>Session Length</w:t>
            </w:r>
          </w:p>
        </w:tc>
        <w:tc>
          <w:tcPr>
            <w:tcW w:w="5028" w:type="dxa"/>
            <w:tcMar>
              <w:top w:w="100" w:type="dxa"/>
              <w:left w:w="120" w:type="dxa"/>
              <w:bottom w:w="100" w:type="dxa"/>
              <w:right w:w="120" w:type="dxa"/>
            </w:tcMar>
          </w:tcPr>
          <w:p w:rsidR="006A49C1" w:rsidRPr="00181429" w:rsidRDefault="00B96CAD">
            <w:pPr>
              <w:rPr>
                <w:rFonts w:ascii="Times New Roman" w:hAnsi="Times New Roman" w:cs="Times New Roman"/>
              </w:rPr>
            </w:pPr>
            <w:r>
              <w:rPr>
                <w:rFonts w:ascii="Times New Roman" w:hAnsi="Times New Roman" w:cs="Times New Roman"/>
              </w:rPr>
              <w:t>4 days (Monday – Thursday)</w:t>
            </w:r>
          </w:p>
        </w:tc>
      </w:tr>
      <w:tr w:rsidR="006A49C1" w:rsidRPr="00181429" w:rsidTr="00B96CAD">
        <w:trPr>
          <w:jc w:val="center"/>
        </w:trPr>
        <w:tc>
          <w:tcPr>
            <w:tcW w:w="4968" w:type="dxa"/>
            <w:shd w:val="clear" w:color="auto" w:fill="EAF0ED"/>
            <w:tcMar>
              <w:top w:w="100" w:type="dxa"/>
              <w:left w:w="120" w:type="dxa"/>
              <w:bottom w:w="100" w:type="dxa"/>
              <w:right w:w="120" w:type="dxa"/>
            </w:tcMar>
          </w:tcPr>
          <w:p w:rsidR="006A49C1" w:rsidRPr="00181429" w:rsidRDefault="00D811B7">
            <w:pPr>
              <w:rPr>
                <w:rFonts w:ascii="Times New Roman" w:hAnsi="Times New Roman" w:cs="Times New Roman"/>
              </w:rPr>
            </w:pPr>
            <w:r w:rsidRPr="00181429">
              <w:rPr>
                <w:rFonts w:ascii="Times New Roman" w:hAnsi="Times New Roman" w:cs="Times New Roman"/>
                <w:b/>
              </w:rPr>
              <w:t>Multiple Sessions</w:t>
            </w:r>
          </w:p>
        </w:tc>
        <w:tc>
          <w:tcPr>
            <w:tcW w:w="5028" w:type="dxa"/>
            <w:tcMar>
              <w:top w:w="100" w:type="dxa"/>
              <w:left w:w="120" w:type="dxa"/>
              <w:bottom w:w="100" w:type="dxa"/>
              <w:right w:w="120" w:type="dxa"/>
            </w:tcMar>
          </w:tcPr>
          <w:p w:rsidR="006A49C1" w:rsidRPr="00181429" w:rsidRDefault="00D811B7">
            <w:pPr>
              <w:rPr>
                <w:rFonts w:ascii="Times New Roman" w:hAnsi="Times New Roman" w:cs="Times New Roman"/>
              </w:rPr>
            </w:pPr>
            <w:r w:rsidRPr="00181429">
              <w:rPr>
                <w:rFonts w:ascii="Times New Roman" w:hAnsi="Times New Roman" w:cs="Times New Roman"/>
              </w:rPr>
              <w:t>Available throughout the summer</w:t>
            </w:r>
          </w:p>
        </w:tc>
      </w:tr>
      <w:tr w:rsidR="006A49C1" w:rsidRPr="00181429" w:rsidTr="00B96CAD">
        <w:trPr>
          <w:jc w:val="center"/>
        </w:trPr>
        <w:tc>
          <w:tcPr>
            <w:tcW w:w="4968" w:type="dxa"/>
            <w:shd w:val="clear" w:color="auto" w:fill="EAF0ED"/>
            <w:tcMar>
              <w:top w:w="100" w:type="dxa"/>
              <w:left w:w="120" w:type="dxa"/>
              <w:bottom w:w="100" w:type="dxa"/>
              <w:right w:w="120" w:type="dxa"/>
            </w:tcMar>
          </w:tcPr>
          <w:p w:rsidR="006A49C1" w:rsidRPr="00181429" w:rsidRDefault="00D811B7">
            <w:pPr>
              <w:rPr>
                <w:rFonts w:ascii="Times New Roman" w:hAnsi="Times New Roman" w:cs="Times New Roman"/>
              </w:rPr>
            </w:pPr>
            <w:r w:rsidRPr="00181429">
              <w:rPr>
                <w:rFonts w:ascii="Times New Roman" w:hAnsi="Times New Roman" w:cs="Times New Roman"/>
                <w:b/>
              </w:rPr>
              <w:t>Drop-Off</w:t>
            </w:r>
          </w:p>
        </w:tc>
        <w:tc>
          <w:tcPr>
            <w:tcW w:w="5028" w:type="dxa"/>
            <w:tcMar>
              <w:top w:w="100" w:type="dxa"/>
              <w:left w:w="120" w:type="dxa"/>
              <w:bottom w:w="100" w:type="dxa"/>
              <w:right w:w="120" w:type="dxa"/>
            </w:tcMar>
          </w:tcPr>
          <w:p w:rsidR="006A49C1" w:rsidRPr="00181429" w:rsidRDefault="00181429">
            <w:pPr>
              <w:rPr>
                <w:rFonts w:ascii="Times New Roman" w:hAnsi="Times New Roman" w:cs="Times New Roman"/>
              </w:rPr>
            </w:pPr>
            <w:r>
              <w:rPr>
                <w:rFonts w:ascii="Times New Roman" w:hAnsi="Times New Roman" w:cs="Times New Roman"/>
              </w:rPr>
              <w:t>3310 Rosedale Avenue Suite B-2 Richmond VA 23230</w:t>
            </w:r>
          </w:p>
        </w:tc>
      </w:tr>
      <w:tr w:rsidR="006A49C1" w:rsidRPr="00181429" w:rsidTr="00B96CAD">
        <w:trPr>
          <w:jc w:val="center"/>
        </w:trPr>
        <w:tc>
          <w:tcPr>
            <w:tcW w:w="4968" w:type="dxa"/>
            <w:shd w:val="clear" w:color="auto" w:fill="EAF0ED"/>
            <w:tcMar>
              <w:top w:w="100" w:type="dxa"/>
              <w:left w:w="120" w:type="dxa"/>
              <w:bottom w:w="100" w:type="dxa"/>
              <w:right w:w="120" w:type="dxa"/>
            </w:tcMar>
          </w:tcPr>
          <w:p w:rsidR="006A49C1" w:rsidRPr="00181429" w:rsidRDefault="00D811B7">
            <w:pPr>
              <w:rPr>
                <w:rFonts w:ascii="Times New Roman" w:hAnsi="Times New Roman" w:cs="Times New Roman"/>
              </w:rPr>
            </w:pPr>
            <w:r w:rsidRPr="00181429">
              <w:rPr>
                <w:rFonts w:ascii="Times New Roman" w:hAnsi="Times New Roman" w:cs="Times New Roman"/>
                <w:b/>
              </w:rPr>
              <w:t>Pick-Up</w:t>
            </w:r>
          </w:p>
        </w:tc>
        <w:tc>
          <w:tcPr>
            <w:tcW w:w="5028" w:type="dxa"/>
            <w:tcMar>
              <w:top w:w="100" w:type="dxa"/>
              <w:left w:w="120" w:type="dxa"/>
              <w:bottom w:w="100" w:type="dxa"/>
              <w:right w:w="120" w:type="dxa"/>
            </w:tcMar>
          </w:tcPr>
          <w:p w:rsidR="006A49C1" w:rsidRPr="00181429" w:rsidRDefault="00181429">
            <w:pPr>
              <w:rPr>
                <w:rFonts w:ascii="Times New Roman" w:hAnsi="Times New Roman" w:cs="Times New Roman"/>
              </w:rPr>
            </w:pPr>
            <w:r>
              <w:rPr>
                <w:rFonts w:ascii="Times New Roman" w:hAnsi="Times New Roman" w:cs="Times New Roman"/>
              </w:rPr>
              <w:t>2:00 PM</w:t>
            </w:r>
          </w:p>
        </w:tc>
      </w:tr>
      <w:tr w:rsidR="006A49C1" w:rsidRPr="00181429" w:rsidTr="00B96CAD">
        <w:trPr>
          <w:jc w:val="center"/>
        </w:trPr>
        <w:tc>
          <w:tcPr>
            <w:tcW w:w="4968" w:type="dxa"/>
            <w:shd w:val="clear" w:color="auto" w:fill="EAF0ED"/>
            <w:tcMar>
              <w:top w:w="100" w:type="dxa"/>
              <w:left w:w="120" w:type="dxa"/>
              <w:bottom w:w="100" w:type="dxa"/>
              <w:right w:w="120" w:type="dxa"/>
            </w:tcMar>
          </w:tcPr>
          <w:p w:rsidR="006A49C1" w:rsidRPr="00181429" w:rsidRDefault="00D811B7">
            <w:pPr>
              <w:rPr>
                <w:rFonts w:ascii="Times New Roman" w:hAnsi="Times New Roman" w:cs="Times New Roman"/>
              </w:rPr>
            </w:pPr>
            <w:r w:rsidRPr="00181429">
              <w:rPr>
                <w:rFonts w:ascii="Times New Roman" w:hAnsi="Times New Roman" w:cs="Times New Roman"/>
                <w:b/>
              </w:rPr>
              <w:t>Daily Requirements</w:t>
            </w:r>
          </w:p>
        </w:tc>
        <w:tc>
          <w:tcPr>
            <w:tcW w:w="5028" w:type="dxa"/>
            <w:tcMar>
              <w:top w:w="100" w:type="dxa"/>
              <w:left w:w="120" w:type="dxa"/>
              <w:bottom w:w="100" w:type="dxa"/>
              <w:right w:w="120" w:type="dxa"/>
            </w:tcMar>
          </w:tcPr>
          <w:p w:rsidR="006A49C1" w:rsidRPr="00181429" w:rsidRDefault="00D811B7">
            <w:pPr>
              <w:rPr>
                <w:rFonts w:ascii="Times New Roman" w:hAnsi="Times New Roman" w:cs="Times New Roman"/>
              </w:rPr>
            </w:pPr>
            <w:r w:rsidRPr="00181429">
              <w:rPr>
                <w:rFonts w:ascii="Times New Roman" w:hAnsi="Times New Roman" w:cs="Times New Roman"/>
              </w:rPr>
              <w:t>Closed-toe shoes • Appropriate clothing • Lunch • Water</w:t>
            </w:r>
          </w:p>
        </w:tc>
      </w:tr>
      <w:tr w:rsidR="006A49C1" w:rsidRPr="00181429" w:rsidTr="00B96CAD">
        <w:trPr>
          <w:jc w:val="center"/>
        </w:trPr>
        <w:tc>
          <w:tcPr>
            <w:tcW w:w="4968" w:type="dxa"/>
            <w:shd w:val="clear" w:color="auto" w:fill="EAF0ED"/>
            <w:tcMar>
              <w:top w:w="100" w:type="dxa"/>
              <w:left w:w="120" w:type="dxa"/>
              <w:bottom w:w="100" w:type="dxa"/>
              <w:right w:w="120" w:type="dxa"/>
            </w:tcMar>
          </w:tcPr>
          <w:p w:rsidR="006A49C1" w:rsidRPr="00181429" w:rsidRDefault="00D811B7">
            <w:pPr>
              <w:rPr>
                <w:rFonts w:ascii="Times New Roman" w:hAnsi="Times New Roman" w:cs="Times New Roman"/>
              </w:rPr>
            </w:pPr>
            <w:r w:rsidRPr="00181429">
              <w:rPr>
                <w:rFonts w:ascii="Times New Roman" w:hAnsi="Times New Roman" w:cs="Times New Roman"/>
                <w:b/>
              </w:rPr>
              <w:t>S</w:t>
            </w:r>
            <w:r w:rsidRPr="00181429">
              <w:rPr>
                <w:rFonts w:ascii="Times New Roman" w:hAnsi="Times New Roman" w:cs="Times New Roman"/>
                <w:b/>
              </w:rPr>
              <w:t>afety</w:t>
            </w:r>
          </w:p>
        </w:tc>
        <w:tc>
          <w:tcPr>
            <w:tcW w:w="5028" w:type="dxa"/>
            <w:tcMar>
              <w:top w:w="100" w:type="dxa"/>
              <w:left w:w="120" w:type="dxa"/>
              <w:bottom w:w="100" w:type="dxa"/>
              <w:right w:w="120" w:type="dxa"/>
            </w:tcMar>
          </w:tcPr>
          <w:p w:rsidR="006A49C1" w:rsidRPr="00181429" w:rsidRDefault="00D811B7">
            <w:pPr>
              <w:rPr>
                <w:rFonts w:ascii="Times New Roman" w:hAnsi="Times New Roman" w:cs="Times New Roman"/>
              </w:rPr>
            </w:pPr>
            <w:r w:rsidRPr="00181429">
              <w:rPr>
                <w:rFonts w:ascii="Times New Roman" w:hAnsi="Times New Roman" w:cs="Times New Roman"/>
              </w:rPr>
              <w:t>Mandatory PPE and instructor direction</w:t>
            </w:r>
          </w:p>
        </w:tc>
      </w:tr>
      <w:tr w:rsidR="006A49C1" w:rsidRPr="00181429" w:rsidTr="00B96CAD">
        <w:trPr>
          <w:jc w:val="center"/>
        </w:trPr>
        <w:tc>
          <w:tcPr>
            <w:tcW w:w="4968" w:type="dxa"/>
            <w:shd w:val="clear" w:color="auto" w:fill="EAF0ED"/>
            <w:tcMar>
              <w:top w:w="100" w:type="dxa"/>
              <w:left w:w="120" w:type="dxa"/>
              <w:bottom w:w="100" w:type="dxa"/>
              <w:right w:w="120" w:type="dxa"/>
            </w:tcMar>
          </w:tcPr>
          <w:p w:rsidR="006A49C1" w:rsidRPr="00181429" w:rsidRDefault="00D811B7">
            <w:pPr>
              <w:rPr>
                <w:rFonts w:ascii="Times New Roman" w:hAnsi="Times New Roman" w:cs="Times New Roman"/>
              </w:rPr>
            </w:pPr>
            <w:r w:rsidRPr="00181429">
              <w:rPr>
                <w:rFonts w:ascii="Times New Roman" w:hAnsi="Times New Roman" w:cs="Times New Roman"/>
                <w:b/>
              </w:rPr>
              <w:t>Behavior</w:t>
            </w:r>
          </w:p>
        </w:tc>
        <w:tc>
          <w:tcPr>
            <w:tcW w:w="5028" w:type="dxa"/>
            <w:tcMar>
              <w:top w:w="100" w:type="dxa"/>
              <w:left w:w="120" w:type="dxa"/>
              <w:bottom w:w="100" w:type="dxa"/>
              <w:right w:w="120" w:type="dxa"/>
            </w:tcMar>
          </w:tcPr>
          <w:p w:rsidR="006A49C1" w:rsidRPr="00181429" w:rsidRDefault="00D811B7">
            <w:pPr>
              <w:rPr>
                <w:rFonts w:ascii="Times New Roman" w:hAnsi="Times New Roman" w:cs="Times New Roman"/>
              </w:rPr>
            </w:pPr>
            <w:r w:rsidRPr="00181429">
              <w:rPr>
                <w:rFonts w:ascii="Times New Roman" w:hAnsi="Times New Roman" w:cs="Times New Roman"/>
              </w:rPr>
              <w:t>Respectful conduct and safe behavior are required</w:t>
            </w:r>
          </w:p>
        </w:tc>
      </w:tr>
    </w:tbl>
    <w:p w:rsidR="006A49C1" w:rsidRDefault="006A49C1">
      <w:pPr>
        <w:spacing w:after="40"/>
        <w:rPr>
          <w:rFonts w:ascii="Times New Roman" w:hAnsi="Times New Roman" w:cs="Times New Roman"/>
        </w:rPr>
      </w:pPr>
    </w:p>
    <w:p w:rsidR="00181429" w:rsidRDefault="00181429">
      <w:pPr>
        <w:spacing w:after="40"/>
        <w:rPr>
          <w:rFonts w:ascii="Times New Roman" w:hAnsi="Times New Roman" w:cs="Times New Roman"/>
        </w:rPr>
      </w:pPr>
    </w:p>
    <w:p w:rsidR="00181429" w:rsidRDefault="00181429" w:rsidP="00181429">
      <w:pPr>
        <w:spacing w:after="40"/>
        <w:jc w:val="center"/>
        <w:rPr>
          <w:rFonts w:ascii="Times New Roman" w:hAnsi="Times New Roman" w:cs="Times New Roman"/>
        </w:rPr>
      </w:pPr>
    </w:p>
    <w:p w:rsidR="00181429" w:rsidRDefault="00181429" w:rsidP="00181429">
      <w:pPr>
        <w:jc w:val="center"/>
        <w:rPr>
          <w:rFonts w:ascii="Times New Roman" w:hAnsi="Times New Roman" w:cs="Times New Roman"/>
        </w:rPr>
      </w:pPr>
      <w:proofErr w:type="gramStart"/>
      <w:r w:rsidRPr="00181429">
        <w:rPr>
          <w:rFonts w:ascii="Times New Roman" w:hAnsi="Times New Roman" w:cs="Times New Roman"/>
          <w:b/>
          <w:color w:val="2F5D50"/>
        </w:rPr>
        <w:t>QUESTIONS BEFORE CAMP?</w:t>
      </w:r>
      <w:proofErr w:type="gramEnd"/>
      <w:r w:rsidRPr="00181429">
        <w:rPr>
          <w:rFonts w:ascii="Times New Roman" w:hAnsi="Times New Roman" w:cs="Times New Roman"/>
        </w:rPr>
        <w:br/>
        <w:t xml:space="preserve">Please contact </w:t>
      </w:r>
      <w:proofErr w:type="spellStart"/>
      <w:r w:rsidRPr="00181429">
        <w:rPr>
          <w:rFonts w:ascii="Times New Roman" w:hAnsi="Times New Roman" w:cs="Times New Roman"/>
        </w:rPr>
        <w:t>WorkbenchRVA</w:t>
      </w:r>
      <w:proofErr w:type="spellEnd"/>
      <w:r w:rsidRPr="00181429">
        <w:rPr>
          <w:rFonts w:ascii="Times New Roman" w:hAnsi="Times New Roman" w:cs="Times New Roman"/>
        </w:rPr>
        <w:t xml:space="preserve"> before the session begins if you have questions about safety, accommodations, clothing, food, drop-off/pick-up, or whether the program is appropriate for your student.</w:t>
      </w:r>
    </w:p>
    <w:p w:rsidR="00181429" w:rsidRDefault="00181429" w:rsidP="00181429">
      <w:pPr>
        <w:jc w:val="center"/>
        <w:rPr>
          <w:rFonts w:ascii="Times New Roman" w:hAnsi="Times New Roman" w:cs="Times New Roman"/>
        </w:rPr>
      </w:pPr>
      <w:proofErr w:type="gramStart"/>
      <w:r>
        <w:rPr>
          <w:rFonts w:ascii="Times New Roman" w:hAnsi="Times New Roman" w:cs="Times New Roman"/>
        </w:rPr>
        <w:t>Phone :</w:t>
      </w:r>
      <w:proofErr w:type="gramEnd"/>
      <w:r>
        <w:rPr>
          <w:rFonts w:ascii="Times New Roman" w:hAnsi="Times New Roman" w:cs="Times New Roman"/>
        </w:rPr>
        <w:t xml:space="preserve"> (804) 999-5257</w:t>
      </w:r>
    </w:p>
    <w:p w:rsidR="00181429" w:rsidRPr="00181429" w:rsidRDefault="00181429" w:rsidP="00181429">
      <w:pPr>
        <w:jc w:val="center"/>
        <w:rPr>
          <w:rFonts w:ascii="Times New Roman" w:hAnsi="Times New Roman" w:cs="Times New Roman"/>
        </w:rPr>
      </w:pPr>
      <w:proofErr w:type="gramStart"/>
      <w:r>
        <w:rPr>
          <w:rFonts w:ascii="Times New Roman" w:hAnsi="Times New Roman" w:cs="Times New Roman"/>
        </w:rPr>
        <w:t>Email :</w:t>
      </w:r>
      <w:proofErr w:type="gramEnd"/>
      <w:r>
        <w:rPr>
          <w:rFonts w:ascii="Times New Roman" w:hAnsi="Times New Roman" w:cs="Times New Roman"/>
        </w:rPr>
        <w:t xml:space="preserve"> info@workbenchrva.com</w:t>
      </w:r>
    </w:p>
    <w:p w:rsidR="00181429" w:rsidRDefault="00B96CAD">
      <w:pPr>
        <w:spacing w:before="600"/>
        <w:jc w:val="center"/>
        <w:rPr>
          <w:rFonts w:ascii="Times New Roman" w:hAnsi="Times New Roman" w:cs="Times New Roman"/>
          <w:b/>
          <w:color w:val="2F5D50"/>
          <w:sz w:val="32"/>
        </w:rPr>
      </w:pPr>
      <w:r>
        <w:rPr>
          <w:rFonts w:ascii="Times New Roman" w:hAnsi="Times New Roman" w:cs="Times New Roman"/>
          <w:b/>
          <w:color w:val="2F5D50"/>
          <w:sz w:val="32"/>
        </w:rPr>
        <w:t>Thank you!</w:t>
      </w:r>
    </w:p>
    <w:p w:rsidR="006A49C1" w:rsidRPr="00181429" w:rsidRDefault="00D811B7">
      <w:pPr>
        <w:spacing w:before="600"/>
        <w:jc w:val="center"/>
        <w:rPr>
          <w:rFonts w:ascii="Times New Roman" w:hAnsi="Times New Roman" w:cs="Times New Roman"/>
        </w:rPr>
      </w:pPr>
      <w:r w:rsidRPr="00181429">
        <w:rPr>
          <w:rFonts w:ascii="Times New Roman" w:hAnsi="Times New Roman" w:cs="Times New Roman"/>
          <w:b/>
          <w:color w:val="2F5D50"/>
          <w:sz w:val="32"/>
        </w:rPr>
        <w:t>WORKBENCHRVA</w:t>
      </w:r>
    </w:p>
    <w:p w:rsidR="006A49C1" w:rsidRPr="00181429" w:rsidRDefault="00D811B7">
      <w:pPr>
        <w:jc w:val="center"/>
        <w:rPr>
          <w:rFonts w:ascii="Times New Roman" w:hAnsi="Times New Roman" w:cs="Times New Roman"/>
        </w:rPr>
      </w:pPr>
      <w:r w:rsidRPr="00181429">
        <w:rPr>
          <w:rFonts w:ascii="Times New Roman" w:hAnsi="Times New Roman" w:cs="Times New Roman"/>
          <w:i/>
          <w:color w:val="666666"/>
          <w:sz w:val="22"/>
        </w:rPr>
        <w:t>Richmond's Public Woodshop and Woodworking School.</w:t>
      </w:r>
    </w:p>
    <w:sectPr w:rsidR="006A49C1" w:rsidRPr="00181429" w:rsidSect="00034616">
      <w:headerReference w:type="default" r:id="rId9"/>
      <w:footerReference w:type="default" r:id="rId10"/>
      <w:pgSz w:w="12240" w:h="15840"/>
      <w:pgMar w:top="936" w:right="1152" w:bottom="936"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11B7" w:rsidRDefault="00D811B7">
      <w:pPr>
        <w:spacing w:after="0" w:line="240" w:lineRule="auto"/>
        <w:rPr>
          <w:rFonts w:hint="eastAsia"/>
        </w:rPr>
      </w:pPr>
      <w:r>
        <w:separator/>
      </w:r>
    </w:p>
  </w:endnote>
  <w:endnote w:type="continuationSeparator" w:id="0">
    <w:p w:rsidR="00D811B7" w:rsidRDefault="00D811B7">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ptos">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49C1" w:rsidRDefault="00D811B7">
    <w:pPr>
      <w:pStyle w:val="Footer"/>
      <w:jc w:val="center"/>
      <w:rPr>
        <w:rFonts w:hint="eastAsia"/>
      </w:rPr>
    </w:pPr>
    <w:r>
      <w:rPr>
        <w:color w:val="666666"/>
        <w:sz w:val="16"/>
      </w:rPr>
      <w:t>Parent &amp; Student Handbook  •  Please retain this handbook for the duration of camp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11B7" w:rsidRDefault="00D811B7">
      <w:pPr>
        <w:spacing w:after="0" w:line="240" w:lineRule="auto"/>
        <w:rPr>
          <w:rFonts w:hint="eastAsia"/>
        </w:rPr>
      </w:pPr>
      <w:r>
        <w:separator/>
      </w:r>
    </w:p>
  </w:footnote>
  <w:footnote w:type="continuationSeparator" w:id="0">
    <w:p w:rsidR="00D811B7" w:rsidRDefault="00D811B7">
      <w:pPr>
        <w:spacing w:after="0" w:line="240" w:lineRule="auto"/>
        <w:rPr>
          <w:rFonts w:hint="eastAsia"/>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49C1" w:rsidRDefault="00D811B7">
    <w:pPr>
      <w:pStyle w:val="Header"/>
      <w:jc w:val="right"/>
      <w:rPr>
        <w:rFonts w:hint="eastAsia"/>
      </w:rPr>
    </w:pPr>
    <w:r>
      <w:rPr>
        <w:b/>
        <w:color w:val="666666"/>
        <w:sz w:val="16"/>
      </w:rPr>
      <w:t>WORKBENCHRVA  |  SUMMER WOODWORKING CAMP</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93127"/>
    <w:rsid w:val="0015074B"/>
    <w:rsid w:val="00181429"/>
    <w:rsid w:val="0029639D"/>
    <w:rsid w:val="00326F90"/>
    <w:rsid w:val="006A49C1"/>
    <w:rsid w:val="00904472"/>
    <w:rsid w:val="00AA1D8D"/>
    <w:rsid w:val="00B47730"/>
    <w:rsid w:val="00B96CAD"/>
    <w:rsid w:val="00CB0664"/>
    <w:rsid w:val="00D811B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26332F"/>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2F5D50"/>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2F5D5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
    <w:name w:val="Small"/>
    <w:rPr>
      <w:rFonts w:ascii="Aptos" w:hAnsi="Aptos"/>
      <w:color w:val="666666"/>
      <w:sz w:val="1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26332F"/>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2F5D50"/>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2F5D5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
    <w:name w:val="Small"/>
    <w:rPr>
      <w:rFonts w:ascii="Aptos" w:hAnsi="Aptos"/>
      <w:color w:val="666666"/>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BCBCB4-2C59-4110-907D-CD84C34FD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2437</Words>
  <Characters>13895</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16300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Dalton R.</cp:lastModifiedBy>
  <cp:revision>3</cp:revision>
  <cp:lastPrinted>2026-10-27T00:43:00Z</cp:lastPrinted>
  <dcterms:created xsi:type="dcterms:W3CDTF">2026-10-27T00:43:00Z</dcterms:created>
  <dcterms:modified xsi:type="dcterms:W3CDTF">2026-10-27T00:44:00Z</dcterms:modified>
</cp:coreProperties>
</file>