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8D1D25"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266BC2" w:rsidP="00ED07F1">
      <w:pPr>
        <w:pStyle w:val="Title"/>
        <w:spacing w:after="0"/>
        <w:jc w:val="center"/>
        <w:rPr>
          <w:rFonts w:asciiTheme="minorHAnsi" w:hAnsiTheme="minorHAnsi"/>
          <w:sz w:val="44"/>
        </w:rPr>
      </w:pPr>
      <w:r>
        <w:rPr>
          <w:rFonts w:asciiTheme="minorHAnsi" w:hAnsiTheme="minorHAnsi"/>
          <w:sz w:val="44"/>
        </w:rPr>
        <w:t>Bed Frame</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Students will build a </w:t>
      </w:r>
      <w:r w:rsidR="00266BC2">
        <w:rPr>
          <w:rFonts w:ascii="Times New Roman" w:hAnsi="Times New Roman" w:cs="Times New Roman"/>
          <w:sz w:val="18"/>
        </w:rPr>
        <w:t>bed frame</w:t>
      </w:r>
      <w:r w:rsidRPr="00A946D7">
        <w:rPr>
          <w:rFonts w:ascii="Times New Roman" w:hAnsi="Times New Roman" w:cs="Times New Roman"/>
          <w:sz w:val="18"/>
        </w:rPr>
        <w:t xml:space="preserve"> that </w:t>
      </w:r>
      <w:r w:rsidR="005F77DF">
        <w:rPr>
          <w:rFonts w:ascii="Times New Roman" w:hAnsi="Times New Roman" w:cs="Times New Roman"/>
          <w:sz w:val="18"/>
        </w:rPr>
        <w:t>features a clean and</w:t>
      </w:r>
      <w:r w:rsidRPr="00A946D7">
        <w:rPr>
          <w:rFonts w:ascii="Times New Roman" w:hAnsi="Times New Roman" w:cs="Times New Roman"/>
          <w:sz w:val="18"/>
        </w:rPr>
        <w:t xml:space="preserve"> simple design. During the week, students will learn how individual pieces come together to create a finished furniture project, practicing measuring, cutting, j</w:t>
      </w:r>
      <w:r w:rsidR="0045020B">
        <w:rPr>
          <w:rFonts w:ascii="Times New Roman" w:hAnsi="Times New Roman" w:cs="Times New Roman"/>
          <w:sz w:val="18"/>
        </w:rPr>
        <w:t xml:space="preserve">oinery, assembly, and </w:t>
      </w:r>
      <w:r w:rsidR="005F77DF">
        <w:rPr>
          <w:rFonts w:ascii="Times New Roman" w:hAnsi="Times New Roman" w:cs="Times New Roman"/>
          <w:sz w:val="18"/>
        </w:rPr>
        <w:t>using specialized hardware</w:t>
      </w:r>
      <w:r w:rsidRPr="00A946D7">
        <w:rPr>
          <w:rFonts w:ascii="Times New Roman" w:hAnsi="Times New Roman" w:cs="Times New Roman"/>
          <w:sz w:val="18"/>
        </w:rPr>
        <w:t>. The design is intended to be approachable for young woodworkers while introducing techniques they can use in future projects.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5F77DF">
        <w:rPr>
          <w:rFonts w:ascii="Times New Roman" w:hAnsi="Times New Roman" w:cs="Times New Roman"/>
          <w:sz w:val="18"/>
        </w:rPr>
        <w:t>bed frame</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5F77DF">
        <w:rPr>
          <w:rFonts w:ascii="Times New Roman" w:hAnsi="Times New Roman" w:cs="Times New Roman"/>
          <w:sz w:val="18"/>
        </w:rPr>
        <w:t>bed frame</w:t>
      </w:r>
      <w:r w:rsidRPr="00A946D7">
        <w:rPr>
          <w:rFonts w:ascii="Times New Roman" w:hAnsi="Times New Roman" w:cs="Times New Roman"/>
          <w:sz w:val="18"/>
        </w:rPr>
        <w:t xml:space="preserve"> and check the project for squareness and alignment.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Fit the</w:t>
      </w:r>
      <w:r w:rsidR="005F77DF">
        <w:rPr>
          <w:rFonts w:ascii="Times New Roman" w:hAnsi="Times New Roman" w:cs="Times New Roman"/>
          <w:sz w:val="18"/>
        </w:rPr>
        <w:t xml:space="preserve"> components together</w:t>
      </w:r>
      <w:r w:rsidRPr="00A946D7">
        <w:rPr>
          <w:rFonts w:ascii="Times New Roman" w:hAnsi="Times New Roman" w:cs="Times New Roman"/>
          <w:sz w:val="18"/>
        </w:rPr>
        <w:t xml:space="preserve">, refine edges and details, and check the </w:t>
      </w:r>
      <w:r w:rsidR="00747237">
        <w:rPr>
          <w:rFonts w:ascii="Times New Roman" w:hAnsi="Times New Roman" w:cs="Times New Roman"/>
          <w:sz w:val="18"/>
        </w:rPr>
        <w:t>bed frame</w:t>
      </w:r>
      <w:bookmarkStart w:id="0" w:name="_GoBack"/>
      <w:bookmarkEnd w:id="0"/>
      <w:r w:rsidRPr="00A946D7">
        <w:rPr>
          <w:rFonts w:ascii="Times New Roman" w:hAnsi="Times New Roman" w:cs="Times New Roman"/>
          <w:sz w:val="18"/>
        </w:rPr>
        <w:t xml:space="preserve"> for stability and function. Review the build and prepare the project to take home. Activities may be adjusted to suit class progress and safe working practices.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8D1D25" w:rsidRPr="00A946D7">
        <w:rPr>
          <w:rFonts w:ascii="Times New Roman" w:hAnsi="Times New Roman" w:cs="Times New Roman"/>
          <w:sz w:val="18"/>
        </w:rPr>
        <w:t xml:space="preserve"> </w:t>
      </w:r>
      <w:r w:rsidR="00C25C2D">
        <w:rPr>
          <w:rFonts w:ascii="Times New Roman" w:hAnsi="Times New Roman" w:cs="Times New Roman"/>
          <w:sz w:val="18"/>
        </w:rPr>
        <w:t xml:space="preserve">a </w:t>
      </w:r>
      <w:r w:rsidR="008D1D25" w:rsidRPr="00A946D7">
        <w:rPr>
          <w:rFonts w:ascii="Times New Roman" w:hAnsi="Times New Roman" w:cs="Times New Roman"/>
          <w:sz w:val="18"/>
        </w:rPr>
        <w:t xml:space="preserve">simple </w:t>
      </w:r>
      <w:r w:rsidR="005F77DF">
        <w:rPr>
          <w:rFonts w:ascii="Times New Roman" w:hAnsi="Times New Roman" w:cs="Times New Roman"/>
          <w:sz w:val="18"/>
        </w:rPr>
        <w:t>bed frame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 xml:space="preserve">Understand how </w:t>
      </w:r>
      <w:r w:rsidR="005F77DF">
        <w:rPr>
          <w:rFonts w:ascii="Times New Roman" w:hAnsi="Times New Roman" w:cs="Times New Roman"/>
          <w:sz w:val="18"/>
        </w:rPr>
        <w:t>the frame components come together</w:t>
      </w:r>
      <w:r w:rsidR="008D1D25" w:rsidRPr="00A946D7">
        <w:rPr>
          <w:rFonts w:ascii="Times New Roman" w:hAnsi="Times New Roman" w:cs="Times New Roman"/>
          <w:sz w:val="18"/>
        </w:rPr>
        <w:t>.</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5F77DF">
        <w:rPr>
          <w:rFonts w:ascii="Times New Roman" w:hAnsi="Times New Roman" w:cs="Times New Roman"/>
          <w:sz w:val="18"/>
        </w:rPr>
        <w:t>bed frame</w:t>
      </w:r>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8D1D25">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AC8" w:rsidRDefault="00DE6AC8">
      <w:pPr>
        <w:spacing w:after="0" w:line="240" w:lineRule="auto"/>
        <w:rPr>
          <w:rFonts w:hint="eastAsia"/>
        </w:rPr>
      </w:pPr>
      <w:r>
        <w:separator/>
      </w:r>
    </w:p>
  </w:endnote>
  <w:endnote w:type="continuationSeparator" w:id="0">
    <w:p w:rsidR="00DE6AC8" w:rsidRDefault="00DE6AC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AC8" w:rsidRDefault="00DE6AC8">
      <w:pPr>
        <w:spacing w:after="0" w:line="240" w:lineRule="auto"/>
        <w:rPr>
          <w:rFonts w:hint="eastAsia"/>
        </w:rPr>
      </w:pPr>
      <w:r>
        <w:separator/>
      </w:r>
    </w:p>
  </w:footnote>
  <w:footnote w:type="continuationSeparator" w:id="0">
    <w:p w:rsidR="00DE6AC8" w:rsidRDefault="00DE6AC8">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15074B"/>
    <w:rsid w:val="00182602"/>
    <w:rsid w:val="00266BC2"/>
    <w:rsid w:val="0029639D"/>
    <w:rsid w:val="002D391C"/>
    <w:rsid w:val="00326F90"/>
    <w:rsid w:val="0045020B"/>
    <w:rsid w:val="005F77DF"/>
    <w:rsid w:val="00747237"/>
    <w:rsid w:val="00817B32"/>
    <w:rsid w:val="008D1D25"/>
    <w:rsid w:val="008F5232"/>
    <w:rsid w:val="00A946D7"/>
    <w:rsid w:val="00AA1D8D"/>
    <w:rsid w:val="00B47730"/>
    <w:rsid w:val="00C25C2D"/>
    <w:rsid w:val="00CB0664"/>
    <w:rsid w:val="00DE6AC8"/>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229A6-ADED-4ADE-91DF-89BC3988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3</cp:revision>
  <dcterms:created xsi:type="dcterms:W3CDTF">2026-10-28T03:02:00Z</dcterms:created>
  <dcterms:modified xsi:type="dcterms:W3CDTF">2026-10-28T03:05:00Z</dcterms:modified>
</cp:coreProperties>
</file>